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D551B" w14:textId="5E87195F" w:rsidR="006A6360" w:rsidRDefault="006A6360" w:rsidP="006A6360">
      <w:pPr>
        <w:jc w:val="center"/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</w:pPr>
      <w:r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  <w:t>Schede artisti</w:t>
      </w:r>
    </w:p>
    <w:p w14:paraId="7FE52B7F" w14:textId="4A36E2B1" w:rsidR="006A6360" w:rsidRDefault="006A6360" w:rsidP="006A6360">
      <w:pPr>
        <w:jc w:val="center"/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</w:pPr>
      <w:r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  <w:t xml:space="preserve">XXXVIII edizione Cala </w:t>
      </w:r>
      <w:proofErr w:type="spellStart"/>
      <w:r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  <w:t>Gonone</w:t>
      </w:r>
      <w:proofErr w:type="spellEnd"/>
      <w:r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  <w:t xml:space="preserve"> Jazz festival</w:t>
      </w:r>
    </w:p>
    <w:p w14:paraId="78063D84" w14:textId="77777777" w:rsidR="006A6360" w:rsidRDefault="006A6360" w:rsidP="006A6360">
      <w:pPr>
        <w:jc w:val="center"/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</w:pPr>
    </w:p>
    <w:p w14:paraId="1AC3AB79" w14:textId="0F16C813" w:rsidR="006A6360" w:rsidRDefault="006A6360" w:rsidP="006A6360">
      <w:pPr>
        <w:jc w:val="center"/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</w:pPr>
      <w:r>
        <w:rPr>
          <w:rFonts w:ascii="Cambria" w:hAnsi="Cambria"/>
          <w:noProof/>
          <w:sz w:val="32"/>
          <w:szCs w:val="32"/>
          <w:lang w:val="it-IT"/>
        </w:rPr>
        <w:drawing>
          <wp:inline distT="0" distB="0" distL="0" distR="0" wp14:anchorId="705A53B7" wp14:editId="2B652E40">
            <wp:extent cx="4511319" cy="6381115"/>
            <wp:effectExtent l="0" t="0" r="3810" b="635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magine 1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14013" cy="6384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EBD6B" w14:textId="77777777" w:rsidR="002C4585" w:rsidRDefault="002C4585">
      <w:pPr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</w:pPr>
      <w:r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  <w:br w:type="page"/>
      </w:r>
    </w:p>
    <w:p w14:paraId="0313BE00" w14:textId="544541EB" w:rsidR="00635AB1" w:rsidRPr="008D74D3" w:rsidRDefault="00635AB1" w:rsidP="008D74D3">
      <w:pPr>
        <w:jc w:val="center"/>
        <w:rPr>
          <w:rFonts w:ascii="Cambria" w:hAnsi="Cambria"/>
          <w:sz w:val="32"/>
          <w:szCs w:val="32"/>
          <w:lang w:val="it-IT"/>
        </w:rPr>
      </w:pPr>
      <w:r w:rsidRPr="008D74D3"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  <w:lastRenderedPageBreak/>
        <w:t xml:space="preserve">Grotte del Bue Marino (imbarco ore </w:t>
      </w:r>
      <w:r w:rsidR="008D74D3"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  <w:t>16</w:t>
      </w:r>
      <w:r w:rsidRPr="008D74D3"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  <w:t>:</w:t>
      </w:r>
      <w:r w:rsidR="008D74D3"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  <w:t>0</w:t>
      </w:r>
      <w:r w:rsidRPr="008D74D3"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  <w:t>0)</w:t>
      </w:r>
    </w:p>
    <w:p w14:paraId="276CAEEA" w14:textId="75D1B828" w:rsidR="00635AB1" w:rsidRDefault="00635AB1" w:rsidP="008D74D3">
      <w:pPr>
        <w:jc w:val="center"/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</w:pPr>
      <w:r w:rsidRPr="008D74D3"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  <w:t xml:space="preserve">ARIAS – Canti, </w:t>
      </w:r>
      <w:proofErr w:type="spellStart"/>
      <w:r w:rsidRPr="008D74D3"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  <w:t>cantos</w:t>
      </w:r>
      <w:proofErr w:type="spellEnd"/>
      <w:r w:rsidRPr="008D74D3">
        <w:rPr>
          <w:rStyle w:val="Enfasigrassetto"/>
          <w:rFonts w:ascii="Cambria" w:hAnsi="Cambria"/>
          <w:b w:val="0"/>
          <w:bCs w:val="0"/>
          <w:sz w:val="32"/>
          <w:szCs w:val="32"/>
          <w:lang w:val="it-IT"/>
        </w:rPr>
        <w:t>, cantileni e corde</w:t>
      </w:r>
    </w:p>
    <w:p w14:paraId="0992BE3C" w14:textId="48FAB03C" w:rsidR="00AF3E7B" w:rsidRPr="008D74D3" w:rsidRDefault="00AF3E7B" w:rsidP="008D74D3">
      <w:pPr>
        <w:jc w:val="center"/>
        <w:rPr>
          <w:rFonts w:ascii="Cambria" w:hAnsi="Cambria"/>
          <w:sz w:val="32"/>
          <w:szCs w:val="32"/>
          <w:lang w:val="it-IT"/>
        </w:rPr>
      </w:pPr>
      <w:r>
        <w:rPr>
          <w:rFonts w:ascii="Cambria" w:hAnsi="Cambria"/>
          <w:noProof/>
          <w:sz w:val="32"/>
          <w:szCs w:val="32"/>
          <w:lang w:val="it-IT"/>
        </w:rPr>
        <w:drawing>
          <wp:inline distT="0" distB="0" distL="0" distR="0" wp14:anchorId="5447DAF7" wp14:editId="11CD4E1A">
            <wp:extent cx="5486400" cy="4114800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magine 1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69764" w14:textId="5FA29F03" w:rsidR="00635AB1" w:rsidRPr="005F787F" w:rsidRDefault="00635AB1" w:rsidP="008D74D3">
      <w:pPr>
        <w:jc w:val="center"/>
        <w:rPr>
          <w:lang w:val="it-IT"/>
        </w:rPr>
      </w:pPr>
      <w:r w:rsidRPr="005F787F">
        <w:rPr>
          <w:lang w:val="it-IT"/>
        </w:rPr>
        <w:t>Cristina Renzetti (Abruzzo) – voce</w:t>
      </w:r>
      <w:r w:rsidR="008D74D3">
        <w:rPr>
          <w:lang w:val="it-IT"/>
        </w:rPr>
        <w:t xml:space="preserve">; </w:t>
      </w:r>
      <w:r w:rsidRPr="005F787F">
        <w:rPr>
          <w:lang w:val="it-IT"/>
        </w:rPr>
        <w:t>Daniela Spalletta (Sicilia) – voce</w:t>
      </w:r>
      <w:r w:rsidR="008D74D3">
        <w:rPr>
          <w:lang w:val="it-IT"/>
        </w:rPr>
        <w:t>;</w:t>
      </w:r>
      <w:r w:rsidR="00AF3E7B">
        <w:rPr>
          <w:lang w:val="it-IT"/>
        </w:rPr>
        <w:t xml:space="preserve"> </w:t>
      </w:r>
      <w:r w:rsidRPr="005F787F">
        <w:rPr>
          <w:lang w:val="it-IT"/>
        </w:rPr>
        <w:t xml:space="preserve">Francesca Corrias (Sardegna) – </w:t>
      </w:r>
      <w:proofErr w:type="gramStart"/>
      <w:r w:rsidRPr="005F787F">
        <w:rPr>
          <w:lang w:val="it-IT"/>
        </w:rPr>
        <w:t>voce</w:t>
      </w:r>
      <w:r w:rsidR="008D74D3">
        <w:rPr>
          <w:lang w:val="it-IT"/>
        </w:rPr>
        <w:t xml:space="preserve">;  </w:t>
      </w:r>
      <w:r w:rsidRPr="005F787F">
        <w:rPr>
          <w:lang w:val="it-IT"/>
        </w:rPr>
        <w:t>Roberto</w:t>
      </w:r>
      <w:proofErr w:type="gramEnd"/>
      <w:r w:rsidRPr="005F787F">
        <w:rPr>
          <w:lang w:val="it-IT"/>
        </w:rPr>
        <w:t xml:space="preserve"> </w:t>
      </w:r>
      <w:proofErr w:type="spellStart"/>
      <w:r w:rsidRPr="005F787F">
        <w:rPr>
          <w:lang w:val="it-IT"/>
        </w:rPr>
        <w:t>Taufic</w:t>
      </w:r>
      <w:proofErr w:type="spellEnd"/>
      <w:r w:rsidRPr="005F787F">
        <w:rPr>
          <w:lang w:val="it-IT"/>
        </w:rPr>
        <w:t xml:space="preserve"> (Brasile) – chitarra e voce</w:t>
      </w:r>
    </w:p>
    <w:p w14:paraId="5DF0BF25" w14:textId="77777777" w:rsidR="008D74D3" w:rsidRDefault="008D74D3" w:rsidP="00635AB1">
      <w:pPr>
        <w:rPr>
          <w:rStyle w:val="Enfasigrassetto"/>
          <w:lang w:val="it-IT"/>
        </w:rPr>
      </w:pPr>
    </w:p>
    <w:p w14:paraId="18FAB5AB" w14:textId="2320BE3C" w:rsidR="00635AB1" w:rsidRPr="005F787F" w:rsidRDefault="00635AB1" w:rsidP="00635AB1">
      <w:pPr>
        <w:rPr>
          <w:lang w:val="it-IT"/>
        </w:rPr>
      </w:pPr>
      <w:proofErr w:type="spellStart"/>
      <w:r w:rsidRPr="005F787F">
        <w:rPr>
          <w:lang w:val="it-IT"/>
        </w:rPr>
        <w:t>Arias</w:t>
      </w:r>
      <w:proofErr w:type="spellEnd"/>
      <w:r w:rsidRPr="005F787F">
        <w:rPr>
          <w:lang w:val="it-IT"/>
        </w:rPr>
        <w:t xml:space="preserve"> è un incontro di voci e corde che nasce dall’amore per la parola cantata, la tradizione popolare mediterranea e l’esplorazione jazzistica. Cristina Renzetti, Daniela Spalletta e Francesca Corrias, provenienti da tre regioni italiane diverse, intrecciano timbri, dialetti e stili, dando vita a polifonie inedite, tra canti di lavoro, ninna nanne, e improvvisazioni vocali. La chitarra di Roberto </w:t>
      </w:r>
      <w:proofErr w:type="spellStart"/>
      <w:r w:rsidRPr="005F787F">
        <w:rPr>
          <w:lang w:val="it-IT"/>
        </w:rPr>
        <w:t>Taufic</w:t>
      </w:r>
      <w:proofErr w:type="spellEnd"/>
      <w:r w:rsidRPr="005F787F">
        <w:rPr>
          <w:lang w:val="it-IT"/>
        </w:rPr>
        <w:t xml:space="preserve">, raffinato musicista di origini brasiliane, </w:t>
      </w:r>
      <w:r w:rsidR="000E2E73">
        <w:rPr>
          <w:lang w:val="it-IT"/>
        </w:rPr>
        <w:t>sarà il</w:t>
      </w:r>
      <w:r w:rsidRPr="005F787F">
        <w:rPr>
          <w:lang w:val="it-IT"/>
        </w:rPr>
        <w:t xml:space="preserve"> tappeto armonico ricco di sfumature sudamericane e jazz, </w:t>
      </w:r>
      <w:r w:rsidR="000E2E73">
        <w:rPr>
          <w:lang w:val="it-IT"/>
        </w:rPr>
        <w:t>capace di creare un ponte</w:t>
      </w:r>
      <w:r w:rsidRPr="005F787F">
        <w:rPr>
          <w:lang w:val="it-IT"/>
        </w:rPr>
        <w:t xml:space="preserve"> tra continenti e culture. Il concerto, immerso nella suggestiva cornice naturale delle grotte, promette un’esperienza acustica di grande poesia.</w:t>
      </w:r>
    </w:p>
    <w:p w14:paraId="65181F89" w14:textId="77777777" w:rsidR="00635AB1" w:rsidRDefault="002C4585" w:rsidP="00635AB1">
      <w:r>
        <w:pict w14:anchorId="7B588372">
          <v:rect id="_x0000_i1025" style="width:0;height:1.5pt" o:hralign="center" o:hrstd="t" o:hr="t" fillcolor="#a0a0a0" stroked="f"/>
        </w:pict>
      </w:r>
    </w:p>
    <w:p w14:paraId="0D231B8E" w14:textId="77777777" w:rsidR="00194945" w:rsidRDefault="00194945">
      <w:pPr>
        <w:rPr>
          <w:rStyle w:val="Enfasigrassetto"/>
          <w:b w:val="0"/>
          <w:bCs w:val="0"/>
          <w:sz w:val="32"/>
          <w:szCs w:val="32"/>
          <w:lang w:val="it-IT"/>
        </w:rPr>
      </w:pPr>
      <w:r>
        <w:rPr>
          <w:rStyle w:val="Enfasigrassetto"/>
          <w:b w:val="0"/>
          <w:bCs w:val="0"/>
          <w:sz w:val="32"/>
          <w:szCs w:val="32"/>
          <w:lang w:val="it-IT"/>
        </w:rPr>
        <w:br w:type="page"/>
      </w:r>
    </w:p>
    <w:p w14:paraId="697EB05F" w14:textId="0E0C68F4" w:rsidR="00635AB1" w:rsidRPr="008D74D3" w:rsidRDefault="00635AB1" w:rsidP="008D74D3">
      <w:pPr>
        <w:jc w:val="center"/>
        <w:rPr>
          <w:sz w:val="32"/>
          <w:szCs w:val="32"/>
          <w:lang w:val="it-IT"/>
        </w:rPr>
      </w:pPr>
      <w:r w:rsidRPr="008D74D3">
        <w:rPr>
          <w:rStyle w:val="Enfasigrassetto"/>
          <w:b w:val="0"/>
          <w:bCs w:val="0"/>
          <w:sz w:val="32"/>
          <w:szCs w:val="32"/>
          <w:lang w:val="it-IT"/>
        </w:rPr>
        <w:lastRenderedPageBreak/>
        <w:t xml:space="preserve">Acquario (degustazione) </w:t>
      </w:r>
      <w:r w:rsidR="008D74D3" w:rsidRPr="008D74D3">
        <w:rPr>
          <w:rStyle w:val="Enfasigrassetto"/>
          <w:b w:val="0"/>
          <w:bCs w:val="0"/>
          <w:sz w:val="32"/>
          <w:szCs w:val="32"/>
          <w:lang w:val="it-IT"/>
        </w:rPr>
        <w:t>– Venerdì 25 luglio</w:t>
      </w:r>
    </w:p>
    <w:p w14:paraId="3C41120A" w14:textId="411CDAD8" w:rsidR="00635AB1" w:rsidRDefault="00635AB1" w:rsidP="008D74D3">
      <w:pPr>
        <w:jc w:val="center"/>
        <w:rPr>
          <w:rStyle w:val="Enfasigrassetto"/>
          <w:b w:val="0"/>
          <w:bCs w:val="0"/>
          <w:sz w:val="32"/>
          <w:szCs w:val="32"/>
          <w:lang w:val="it-IT"/>
        </w:rPr>
      </w:pPr>
      <w:r w:rsidRPr="008D74D3">
        <w:rPr>
          <w:rStyle w:val="Enfasigrassetto"/>
          <w:b w:val="0"/>
          <w:bCs w:val="0"/>
          <w:sz w:val="32"/>
          <w:szCs w:val="32"/>
          <w:lang w:val="it-IT"/>
        </w:rPr>
        <w:t>Orchestra Jazz del Liceo S. Satta di Nuoro</w:t>
      </w:r>
    </w:p>
    <w:p w14:paraId="0B045F39" w14:textId="5A042015" w:rsidR="00AF3E7B" w:rsidRPr="008D74D3" w:rsidRDefault="00AF3E7B" w:rsidP="008D74D3">
      <w:pPr>
        <w:jc w:val="center"/>
        <w:rPr>
          <w:sz w:val="32"/>
          <w:szCs w:val="32"/>
          <w:lang w:val="it-IT"/>
        </w:rPr>
      </w:pPr>
      <w:r>
        <w:rPr>
          <w:noProof/>
          <w:sz w:val="32"/>
          <w:szCs w:val="32"/>
          <w:lang w:val="it-IT"/>
        </w:rPr>
        <w:drawing>
          <wp:inline distT="0" distB="0" distL="0" distR="0" wp14:anchorId="6B4FA922" wp14:editId="5CB062F8">
            <wp:extent cx="5486400" cy="3087370"/>
            <wp:effectExtent l="0" t="0" r="0" b="0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magine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8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DE832" w14:textId="77777777" w:rsidR="00635AB1" w:rsidRPr="005F787F" w:rsidRDefault="00635AB1" w:rsidP="008D74D3">
      <w:pPr>
        <w:jc w:val="center"/>
        <w:rPr>
          <w:lang w:val="it-IT"/>
        </w:rPr>
      </w:pPr>
      <w:r w:rsidRPr="005F787F">
        <w:rPr>
          <w:rStyle w:val="Enfasigrassetto"/>
          <w:lang w:val="it-IT"/>
        </w:rPr>
        <w:t>Direzione e arrangiamenti:</w:t>
      </w:r>
      <w:r w:rsidRPr="005F787F">
        <w:rPr>
          <w:lang w:val="it-IT"/>
        </w:rPr>
        <w:t xml:space="preserve"> Giorgio </w:t>
      </w:r>
      <w:proofErr w:type="spellStart"/>
      <w:r w:rsidRPr="005F787F">
        <w:rPr>
          <w:lang w:val="it-IT"/>
        </w:rPr>
        <w:t>Cùscito</w:t>
      </w:r>
      <w:proofErr w:type="spellEnd"/>
    </w:p>
    <w:p w14:paraId="58A1827B" w14:textId="521D4219" w:rsidR="00635AB1" w:rsidRPr="008D74D3" w:rsidRDefault="00635AB1" w:rsidP="00635AB1">
      <w:pPr>
        <w:rPr>
          <w:lang w:val="it-IT"/>
        </w:rPr>
      </w:pPr>
      <w:r w:rsidRPr="005F787F">
        <w:rPr>
          <w:lang w:val="it-IT"/>
        </w:rPr>
        <w:br/>
        <w:t xml:space="preserve">L’Orchestra Jazz del Liceo S. Satta di Nuoro rappresenta uno dei progetti didattici più vivaci e appassionanti della scena musicale sarda. Sotto la guida esperta di Giorgio </w:t>
      </w:r>
      <w:proofErr w:type="spellStart"/>
      <w:r w:rsidRPr="005F787F">
        <w:rPr>
          <w:lang w:val="it-IT"/>
        </w:rPr>
        <w:t>Cùscito</w:t>
      </w:r>
      <w:proofErr w:type="spellEnd"/>
      <w:r w:rsidRPr="005F787F">
        <w:rPr>
          <w:lang w:val="it-IT"/>
        </w:rPr>
        <w:t xml:space="preserve"> — maestro indiscusso del jazz tradizionale italiano, </w:t>
      </w:r>
      <w:r w:rsidR="008D74D3">
        <w:rPr>
          <w:lang w:val="it-IT"/>
        </w:rPr>
        <w:t>s</w:t>
      </w:r>
      <w:r w:rsidR="008D74D3" w:rsidRPr="008D74D3">
        <w:rPr>
          <w:lang w:val="it-IT"/>
        </w:rPr>
        <w:t>assofonista, pianista, vibrafonista, arrangiatore e compositore</w:t>
      </w:r>
      <w:r w:rsidRPr="005F787F">
        <w:rPr>
          <w:lang w:val="it-IT"/>
        </w:rPr>
        <w:t xml:space="preserve">— i giovani musicisti affrontano un repertorio che spazia dagli standard swing alle riletture di brani contemporanei. Un laboratorio di entusiasmo e talento, in cui si coltiva l’amore per la musica d’ensemble, l’improvvisazione e </w:t>
      </w:r>
      <w:r w:rsidR="008D74D3">
        <w:rPr>
          <w:lang w:val="it-IT"/>
        </w:rPr>
        <w:t>l’omaggio alle grandi menti del genere</w:t>
      </w:r>
      <w:r w:rsidRPr="005F787F">
        <w:rPr>
          <w:lang w:val="it-IT"/>
        </w:rPr>
        <w:t>.</w:t>
      </w:r>
    </w:p>
    <w:p w14:paraId="47178AFD" w14:textId="77777777" w:rsidR="00635AB1" w:rsidRDefault="002C4585" w:rsidP="00635AB1">
      <w:r>
        <w:pict w14:anchorId="0DB7AA39">
          <v:rect id="_x0000_i1026" style="width:0;height:1.5pt" o:hralign="center" o:hrstd="t" o:hr="t" fillcolor="#a0a0a0" stroked="f"/>
        </w:pict>
      </w:r>
    </w:p>
    <w:p w14:paraId="63566BE7" w14:textId="77777777" w:rsidR="00194945" w:rsidRDefault="00194945">
      <w:pPr>
        <w:rPr>
          <w:rStyle w:val="Enfasigrassetto"/>
          <w:b w:val="0"/>
          <w:bCs w:val="0"/>
          <w:sz w:val="32"/>
          <w:szCs w:val="32"/>
          <w:lang w:val="it-IT"/>
        </w:rPr>
      </w:pPr>
      <w:r>
        <w:rPr>
          <w:rStyle w:val="Enfasigrassetto"/>
          <w:b w:val="0"/>
          <w:bCs w:val="0"/>
          <w:sz w:val="32"/>
          <w:szCs w:val="32"/>
          <w:lang w:val="it-IT"/>
        </w:rPr>
        <w:br w:type="page"/>
      </w:r>
    </w:p>
    <w:p w14:paraId="27396EAA" w14:textId="16E4D1EF" w:rsidR="008D74D3" w:rsidRDefault="008D74D3" w:rsidP="008D74D3">
      <w:pPr>
        <w:jc w:val="center"/>
        <w:rPr>
          <w:rStyle w:val="Enfasigrassetto"/>
          <w:b w:val="0"/>
          <w:bCs w:val="0"/>
          <w:sz w:val="32"/>
          <w:szCs w:val="32"/>
          <w:lang w:val="it-IT"/>
        </w:rPr>
      </w:pPr>
      <w:r w:rsidRPr="008D74D3">
        <w:rPr>
          <w:rStyle w:val="Enfasigrassetto"/>
          <w:b w:val="0"/>
          <w:bCs w:val="0"/>
          <w:sz w:val="32"/>
          <w:szCs w:val="32"/>
          <w:lang w:val="it-IT"/>
        </w:rPr>
        <w:lastRenderedPageBreak/>
        <w:t xml:space="preserve">Acquario– Venerdì 25 luglio </w:t>
      </w:r>
    </w:p>
    <w:p w14:paraId="6D3BF1BC" w14:textId="302FBEF6" w:rsidR="00635AB1" w:rsidRDefault="00635AB1" w:rsidP="008D74D3">
      <w:pPr>
        <w:jc w:val="center"/>
        <w:rPr>
          <w:rStyle w:val="Enfasigrassetto"/>
          <w:b w:val="0"/>
          <w:bCs w:val="0"/>
          <w:sz w:val="32"/>
          <w:szCs w:val="32"/>
          <w:lang w:val="it-IT"/>
        </w:rPr>
      </w:pPr>
      <w:r w:rsidRPr="008D74D3">
        <w:rPr>
          <w:rStyle w:val="Enfasigrassetto"/>
          <w:b w:val="0"/>
          <w:bCs w:val="0"/>
          <w:sz w:val="32"/>
          <w:szCs w:val="32"/>
          <w:lang w:val="it-IT"/>
        </w:rPr>
        <w:t>Linda Oh &amp; Band</w:t>
      </w:r>
    </w:p>
    <w:p w14:paraId="32BDAD53" w14:textId="22B98BAB" w:rsidR="00AF3E7B" w:rsidRPr="008D74D3" w:rsidRDefault="00AF3E7B" w:rsidP="008D74D3">
      <w:pPr>
        <w:jc w:val="center"/>
        <w:rPr>
          <w:sz w:val="32"/>
          <w:szCs w:val="32"/>
          <w:lang w:val="it-IT"/>
        </w:rPr>
      </w:pPr>
      <w:r>
        <w:rPr>
          <w:noProof/>
          <w:sz w:val="32"/>
          <w:szCs w:val="32"/>
          <w:lang w:val="it-IT"/>
        </w:rPr>
        <w:drawing>
          <wp:inline distT="0" distB="0" distL="0" distR="0" wp14:anchorId="432FEAA6" wp14:editId="74822D9D">
            <wp:extent cx="5486400" cy="3870960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magine 9"/>
                    <pic:cNvPicPr/>
                  </pic:nvPicPr>
                  <pic:blipFill rotWithShape="1">
                    <a:blip r:embed="rId9"/>
                    <a:srcRect t="5926"/>
                    <a:stretch/>
                  </pic:blipFill>
                  <pic:spPr bwMode="auto">
                    <a:xfrm>
                      <a:off x="0" y="0"/>
                      <a:ext cx="5486400" cy="3870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523F72" w14:textId="1A3AD000" w:rsidR="00635AB1" w:rsidRDefault="00635AB1" w:rsidP="008D74D3">
      <w:pPr>
        <w:jc w:val="center"/>
      </w:pPr>
      <w:r w:rsidRPr="005F787F">
        <w:rPr>
          <w:lang w:val="it-IT"/>
        </w:rPr>
        <w:t xml:space="preserve">Linda </w:t>
      </w:r>
      <w:proofErr w:type="spellStart"/>
      <w:r w:rsidRPr="005F787F">
        <w:rPr>
          <w:lang w:val="it-IT"/>
        </w:rPr>
        <w:t>May</w:t>
      </w:r>
      <w:proofErr w:type="spellEnd"/>
      <w:r w:rsidRPr="005F787F">
        <w:rPr>
          <w:lang w:val="it-IT"/>
        </w:rPr>
        <w:t xml:space="preserve"> Han Oh</w:t>
      </w:r>
      <w:r w:rsidR="00A9358E">
        <w:rPr>
          <w:lang w:val="it-IT"/>
        </w:rPr>
        <w:t xml:space="preserve">, </w:t>
      </w:r>
      <w:r w:rsidRPr="005F787F">
        <w:rPr>
          <w:lang w:val="it-IT"/>
        </w:rPr>
        <w:t>basso</w:t>
      </w:r>
      <w:r w:rsidR="00A9358E">
        <w:rPr>
          <w:lang w:val="it-IT"/>
        </w:rPr>
        <w:t xml:space="preserve">; </w:t>
      </w:r>
      <w:r w:rsidRPr="005F787F">
        <w:rPr>
          <w:lang w:val="it-IT"/>
        </w:rPr>
        <w:t>Sara Serpa</w:t>
      </w:r>
      <w:r w:rsidR="00A9358E">
        <w:rPr>
          <w:lang w:val="it-IT"/>
        </w:rPr>
        <w:t>,</w:t>
      </w:r>
      <w:r w:rsidRPr="005F787F">
        <w:rPr>
          <w:lang w:val="it-IT"/>
        </w:rPr>
        <w:t xml:space="preserve"> voce</w:t>
      </w:r>
      <w:r w:rsidR="00A9358E">
        <w:rPr>
          <w:lang w:val="it-IT"/>
        </w:rPr>
        <w:t xml:space="preserve">; </w:t>
      </w:r>
      <w:r w:rsidRPr="00A9358E">
        <w:rPr>
          <w:lang w:val="it-IT"/>
        </w:rPr>
        <w:t xml:space="preserve">Fabian </w:t>
      </w:r>
      <w:proofErr w:type="spellStart"/>
      <w:r w:rsidRPr="00A9358E">
        <w:rPr>
          <w:lang w:val="it-IT"/>
        </w:rPr>
        <w:t>Almazan</w:t>
      </w:r>
      <w:proofErr w:type="spellEnd"/>
      <w:r w:rsidR="00A9358E" w:rsidRPr="00A9358E">
        <w:rPr>
          <w:lang w:val="it-IT"/>
        </w:rPr>
        <w:t>,</w:t>
      </w:r>
      <w:r w:rsidRPr="00A9358E">
        <w:rPr>
          <w:lang w:val="it-IT"/>
        </w:rPr>
        <w:t xml:space="preserve"> piano</w:t>
      </w:r>
      <w:r w:rsidR="00A9358E" w:rsidRPr="00A9358E">
        <w:rPr>
          <w:lang w:val="it-IT"/>
        </w:rPr>
        <w:t xml:space="preserve">; </w:t>
      </w:r>
      <w:r w:rsidRPr="00A9358E">
        <w:rPr>
          <w:lang w:val="it-IT"/>
        </w:rPr>
        <w:t>Will Vinson</w:t>
      </w:r>
      <w:r w:rsidR="00A9358E" w:rsidRPr="00A9358E">
        <w:rPr>
          <w:lang w:val="it-IT"/>
        </w:rPr>
        <w:t>,</w:t>
      </w:r>
      <w:r w:rsidRPr="00A9358E">
        <w:rPr>
          <w:lang w:val="it-IT"/>
        </w:rPr>
        <w:t xml:space="preserve"> sax</w:t>
      </w:r>
      <w:r w:rsidR="00A9358E">
        <w:rPr>
          <w:lang w:val="it-IT"/>
        </w:rPr>
        <w:t xml:space="preserve">; </w:t>
      </w:r>
      <w:r>
        <w:t>Mark Whitfield Jr</w:t>
      </w:r>
      <w:r w:rsidR="00A9358E">
        <w:t>,</w:t>
      </w:r>
      <w:r>
        <w:t xml:space="preserve"> </w:t>
      </w:r>
      <w:proofErr w:type="spellStart"/>
      <w:r>
        <w:t>batteria</w:t>
      </w:r>
      <w:proofErr w:type="spellEnd"/>
    </w:p>
    <w:p w14:paraId="6658EB2A" w14:textId="478B8564" w:rsidR="00635AB1" w:rsidRDefault="00635AB1" w:rsidP="00635AB1">
      <w:r w:rsidRPr="005F787F">
        <w:rPr>
          <w:lang w:val="it-IT"/>
        </w:rPr>
        <w:br/>
        <w:t xml:space="preserve">Linda </w:t>
      </w:r>
      <w:proofErr w:type="spellStart"/>
      <w:r w:rsidRPr="005F787F">
        <w:rPr>
          <w:lang w:val="it-IT"/>
        </w:rPr>
        <w:t>May</w:t>
      </w:r>
      <w:proofErr w:type="spellEnd"/>
      <w:r w:rsidRPr="005F787F">
        <w:rPr>
          <w:lang w:val="it-IT"/>
        </w:rPr>
        <w:t xml:space="preserve"> Han Oh è una delle contrabbassiste più</w:t>
      </w:r>
      <w:r w:rsidR="008D74D3">
        <w:rPr>
          <w:lang w:val="it-IT"/>
        </w:rPr>
        <w:t xml:space="preserve"> amate nella nuova</w:t>
      </w:r>
      <w:r w:rsidRPr="005F787F">
        <w:rPr>
          <w:lang w:val="it-IT"/>
        </w:rPr>
        <w:t xml:space="preserve"> scena internazionale</w:t>
      </w:r>
      <w:r w:rsidR="008D74D3">
        <w:rPr>
          <w:lang w:val="it-IT"/>
        </w:rPr>
        <w:t>. Ha collaborato con</w:t>
      </w:r>
      <w:r w:rsidRPr="005F787F">
        <w:rPr>
          <w:lang w:val="it-IT"/>
        </w:rPr>
        <w:t xml:space="preserve"> </w:t>
      </w:r>
      <w:proofErr w:type="spellStart"/>
      <w:r w:rsidRPr="005F787F">
        <w:rPr>
          <w:lang w:val="it-IT"/>
        </w:rPr>
        <w:t>Pat</w:t>
      </w:r>
      <w:proofErr w:type="spellEnd"/>
      <w:r w:rsidRPr="005F787F">
        <w:rPr>
          <w:lang w:val="it-IT"/>
        </w:rPr>
        <w:t xml:space="preserve"> </w:t>
      </w:r>
      <w:proofErr w:type="spellStart"/>
      <w:r w:rsidRPr="005F787F">
        <w:rPr>
          <w:lang w:val="it-IT"/>
        </w:rPr>
        <w:t>Metheny</w:t>
      </w:r>
      <w:proofErr w:type="spellEnd"/>
      <w:r w:rsidRPr="005F787F">
        <w:rPr>
          <w:lang w:val="it-IT"/>
        </w:rPr>
        <w:t xml:space="preserve">, </w:t>
      </w:r>
      <w:proofErr w:type="spellStart"/>
      <w:r w:rsidRPr="005F787F">
        <w:rPr>
          <w:lang w:val="it-IT"/>
        </w:rPr>
        <w:t>Joe</w:t>
      </w:r>
      <w:proofErr w:type="spellEnd"/>
      <w:r w:rsidRPr="005F787F">
        <w:rPr>
          <w:lang w:val="it-IT"/>
        </w:rPr>
        <w:t xml:space="preserve"> Lovano e </w:t>
      </w:r>
      <w:proofErr w:type="spellStart"/>
      <w:r w:rsidRPr="005F787F">
        <w:rPr>
          <w:lang w:val="it-IT"/>
        </w:rPr>
        <w:t>Dave</w:t>
      </w:r>
      <w:proofErr w:type="spellEnd"/>
      <w:r w:rsidRPr="005F787F">
        <w:rPr>
          <w:lang w:val="it-IT"/>
        </w:rPr>
        <w:t xml:space="preserve"> Douglas. Nata in Malesia e cresciuta in Australia, porta nei suoi progetti un respiro multiculturale e una scrittura raffinata. In questa formazione di stelle del jazz contemporaneo — con la voce di Sara Serpa, il pianismo lirico di Fabian </w:t>
      </w:r>
      <w:proofErr w:type="spellStart"/>
      <w:r w:rsidRPr="005F787F">
        <w:rPr>
          <w:lang w:val="it-IT"/>
        </w:rPr>
        <w:t>Almazan</w:t>
      </w:r>
      <w:proofErr w:type="spellEnd"/>
      <w:r w:rsidRPr="005F787F">
        <w:rPr>
          <w:lang w:val="it-IT"/>
        </w:rPr>
        <w:t xml:space="preserve">, il sax di Will Vinson e la batteria creativa di Mark Whitfield Jr — Linda Oh propone composizioni originali dal forte impatto narrativo. La sua musica fonde </w:t>
      </w:r>
      <w:proofErr w:type="spellStart"/>
      <w:r w:rsidRPr="005F787F">
        <w:rPr>
          <w:lang w:val="it-IT"/>
        </w:rPr>
        <w:t>groove</w:t>
      </w:r>
      <w:proofErr w:type="spellEnd"/>
      <w:r w:rsidRPr="005F787F">
        <w:rPr>
          <w:lang w:val="it-IT"/>
        </w:rPr>
        <w:t xml:space="preserve"> moderni, melodie ariose e intricati intrecci armonici, aprendo spazi di ascolto intimo e collettivo. </w:t>
      </w:r>
    </w:p>
    <w:p w14:paraId="7C429E3E" w14:textId="77777777" w:rsidR="00635AB1" w:rsidRDefault="002C4585" w:rsidP="00635AB1">
      <w:r>
        <w:pict w14:anchorId="5A09FF48">
          <v:rect id="_x0000_i1027" style="width:0;height:1.5pt" o:hralign="center" o:hrstd="t" o:hr="t" fillcolor="#a0a0a0" stroked="f"/>
        </w:pict>
      </w:r>
    </w:p>
    <w:p w14:paraId="2BFE9334" w14:textId="77777777" w:rsidR="00194945" w:rsidRDefault="00194945">
      <w:pPr>
        <w:rPr>
          <w:rStyle w:val="Enfasigrassetto"/>
          <w:b w:val="0"/>
          <w:bCs w:val="0"/>
          <w:sz w:val="32"/>
          <w:szCs w:val="32"/>
          <w:lang w:val="it-IT"/>
        </w:rPr>
      </w:pPr>
      <w:r>
        <w:rPr>
          <w:rStyle w:val="Enfasigrassetto"/>
          <w:b w:val="0"/>
          <w:bCs w:val="0"/>
          <w:sz w:val="32"/>
          <w:szCs w:val="32"/>
          <w:lang w:val="it-IT"/>
        </w:rPr>
        <w:br w:type="page"/>
      </w:r>
    </w:p>
    <w:p w14:paraId="22BDB79F" w14:textId="057671F6" w:rsidR="00635AB1" w:rsidRPr="004D3600" w:rsidRDefault="00635AB1" w:rsidP="004D3600">
      <w:pPr>
        <w:jc w:val="center"/>
        <w:rPr>
          <w:sz w:val="32"/>
          <w:szCs w:val="32"/>
          <w:lang w:val="it-IT"/>
        </w:rPr>
      </w:pPr>
      <w:r w:rsidRPr="004D3600">
        <w:rPr>
          <w:rStyle w:val="Enfasigrassetto"/>
          <w:b w:val="0"/>
          <w:bCs w:val="0"/>
          <w:sz w:val="32"/>
          <w:szCs w:val="32"/>
          <w:lang w:val="it-IT"/>
        </w:rPr>
        <w:lastRenderedPageBreak/>
        <w:t>Grotte del Bue Marino (imbarco ore 11:00) – Sabato 26 luglio</w:t>
      </w:r>
    </w:p>
    <w:p w14:paraId="633A156B" w14:textId="20B88BDB" w:rsidR="00635AB1" w:rsidRDefault="00635AB1" w:rsidP="004D3600">
      <w:pPr>
        <w:jc w:val="center"/>
        <w:rPr>
          <w:rStyle w:val="Enfasigrassetto"/>
          <w:b w:val="0"/>
          <w:bCs w:val="0"/>
          <w:sz w:val="32"/>
          <w:szCs w:val="32"/>
          <w:lang w:val="it-IT"/>
        </w:rPr>
      </w:pPr>
      <w:r w:rsidRPr="004D3600">
        <w:rPr>
          <w:rStyle w:val="Enfasigrassetto"/>
          <w:b w:val="0"/>
          <w:bCs w:val="0"/>
          <w:sz w:val="32"/>
          <w:szCs w:val="32"/>
          <w:lang w:val="it-IT"/>
        </w:rPr>
        <w:t>Linda Oh (solo)</w:t>
      </w:r>
    </w:p>
    <w:p w14:paraId="62DA1890" w14:textId="1F10B2FC" w:rsidR="00AF3E7B" w:rsidRPr="004D3600" w:rsidRDefault="00AF3E7B" w:rsidP="004D3600">
      <w:pPr>
        <w:jc w:val="center"/>
        <w:rPr>
          <w:sz w:val="32"/>
          <w:szCs w:val="32"/>
          <w:lang w:val="it-IT"/>
        </w:rPr>
      </w:pPr>
      <w:r>
        <w:rPr>
          <w:noProof/>
          <w:sz w:val="32"/>
          <w:szCs w:val="32"/>
          <w:lang w:val="it-IT"/>
        </w:rPr>
        <w:drawing>
          <wp:inline distT="0" distB="0" distL="0" distR="0" wp14:anchorId="5EAF2F55" wp14:editId="21901985">
            <wp:extent cx="5486400" cy="4427220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/>
                    <pic:cNvPicPr/>
                  </pic:nvPicPr>
                  <pic:blipFill rotWithShape="1">
                    <a:blip r:embed="rId10"/>
                    <a:srcRect t="19305"/>
                    <a:stretch/>
                  </pic:blipFill>
                  <pic:spPr bwMode="auto">
                    <a:xfrm>
                      <a:off x="0" y="0"/>
                      <a:ext cx="5486400" cy="44272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548EB9" w14:textId="77777777" w:rsidR="00635AB1" w:rsidRPr="005F787F" w:rsidRDefault="00635AB1" w:rsidP="004D3600">
      <w:pPr>
        <w:jc w:val="center"/>
        <w:rPr>
          <w:lang w:val="it-IT"/>
        </w:rPr>
      </w:pPr>
      <w:r w:rsidRPr="005F787F">
        <w:rPr>
          <w:rStyle w:val="Enfasigrassetto"/>
          <w:lang w:val="it-IT"/>
        </w:rPr>
        <w:t>Strumenti:</w:t>
      </w:r>
      <w:r w:rsidRPr="005F787F">
        <w:rPr>
          <w:lang w:val="it-IT"/>
        </w:rPr>
        <w:t xml:space="preserve"> Contrabbasso e voce</w:t>
      </w:r>
      <w:r w:rsidRPr="005F787F">
        <w:rPr>
          <w:lang w:val="it-IT"/>
        </w:rPr>
        <w:br/>
      </w:r>
      <w:r w:rsidRPr="005F787F">
        <w:rPr>
          <w:rStyle w:val="Enfasigrassetto"/>
          <w:lang w:val="it-IT"/>
        </w:rPr>
        <w:t>Apertura:</w:t>
      </w:r>
      <w:r w:rsidRPr="005F787F">
        <w:rPr>
          <w:lang w:val="it-IT"/>
        </w:rPr>
        <w:t xml:space="preserve"> Luca Schirru – launeddas, </w:t>
      </w:r>
      <w:proofErr w:type="spellStart"/>
      <w:r w:rsidRPr="005F787F">
        <w:rPr>
          <w:lang w:val="it-IT"/>
        </w:rPr>
        <w:t>solittu</w:t>
      </w:r>
      <w:proofErr w:type="spellEnd"/>
      <w:r w:rsidRPr="005F787F">
        <w:rPr>
          <w:lang w:val="it-IT"/>
        </w:rPr>
        <w:t xml:space="preserve">, organetto, </w:t>
      </w:r>
      <w:proofErr w:type="spellStart"/>
      <w:r w:rsidRPr="005F787F">
        <w:rPr>
          <w:lang w:val="it-IT"/>
        </w:rPr>
        <w:t>trunfa</w:t>
      </w:r>
      <w:proofErr w:type="spellEnd"/>
    </w:p>
    <w:p w14:paraId="1FCB7CE7" w14:textId="77777777" w:rsidR="004D3600" w:rsidRDefault="004D3600" w:rsidP="00635AB1">
      <w:pPr>
        <w:rPr>
          <w:lang w:val="it-IT"/>
        </w:rPr>
      </w:pPr>
      <w:r>
        <w:rPr>
          <w:lang w:val="it-IT"/>
        </w:rPr>
        <w:t>Tra i suoni naturali</w:t>
      </w:r>
      <w:r w:rsidR="00635AB1" w:rsidRPr="005F787F">
        <w:rPr>
          <w:lang w:val="it-IT"/>
        </w:rPr>
        <w:t xml:space="preserve"> delle Grotte del Bue Marino, Linda Oh si presenta in una veste solitaria, svelando la dimensione più intima e meditativa del suo </w:t>
      </w:r>
      <w:r>
        <w:rPr>
          <w:lang w:val="it-IT"/>
        </w:rPr>
        <w:t>strumento</w:t>
      </w:r>
      <w:r w:rsidR="00635AB1" w:rsidRPr="005F787F">
        <w:rPr>
          <w:lang w:val="it-IT"/>
        </w:rPr>
        <w:t xml:space="preserve">. Con il solo contrabbasso e la voce, esplora le possibilità ritmiche, armoniche e timbriche dello strumento, tessendo storie, ricordi, canti. </w:t>
      </w:r>
    </w:p>
    <w:p w14:paraId="34F43BC7" w14:textId="7BF295C5" w:rsidR="00635AB1" w:rsidRPr="005F787F" w:rsidRDefault="00635AB1" w:rsidP="00635AB1">
      <w:pPr>
        <w:rPr>
          <w:lang w:val="it-IT"/>
        </w:rPr>
      </w:pPr>
      <w:r w:rsidRPr="005F787F">
        <w:rPr>
          <w:lang w:val="it-IT"/>
        </w:rPr>
        <w:t xml:space="preserve">L’introduzione di Luca Schirru, maestro di strumenti tradizionali sardi, aggiunge un momento di forte radicamento culturale, grazie alle launeddas, all’organetto e ad altri strumenti </w:t>
      </w:r>
      <w:r w:rsidR="004D3600">
        <w:rPr>
          <w:lang w:val="it-IT"/>
        </w:rPr>
        <w:t>della tradizione sarda</w:t>
      </w:r>
      <w:r w:rsidRPr="005F787F">
        <w:rPr>
          <w:lang w:val="it-IT"/>
        </w:rPr>
        <w:t>: un preludio evocativo che dialoga idealmente con la ricerca sonora d</w:t>
      </w:r>
      <w:r w:rsidR="004D3600">
        <w:rPr>
          <w:lang w:val="it-IT"/>
        </w:rPr>
        <w:t>ella Oh</w:t>
      </w:r>
      <w:r w:rsidRPr="005F787F">
        <w:rPr>
          <w:lang w:val="it-IT"/>
        </w:rPr>
        <w:t xml:space="preserve">. </w:t>
      </w:r>
    </w:p>
    <w:p w14:paraId="18A622B4" w14:textId="77777777" w:rsidR="00635AB1" w:rsidRDefault="002C4585" w:rsidP="00635AB1">
      <w:r>
        <w:pict w14:anchorId="4C935E4C">
          <v:rect id="_x0000_i1028" style="width:0;height:1.5pt" o:hralign="center" o:hrstd="t" o:hr="t" fillcolor="#a0a0a0" stroked="f"/>
        </w:pict>
      </w:r>
    </w:p>
    <w:p w14:paraId="2C6036FF" w14:textId="77777777" w:rsidR="00194945" w:rsidRDefault="00194945">
      <w:pPr>
        <w:rPr>
          <w:rStyle w:val="Enfasigrassetto"/>
          <w:b w:val="0"/>
          <w:bCs w:val="0"/>
          <w:sz w:val="32"/>
          <w:szCs w:val="32"/>
          <w:lang w:val="it-IT"/>
        </w:rPr>
      </w:pPr>
      <w:r>
        <w:rPr>
          <w:rStyle w:val="Enfasigrassetto"/>
          <w:b w:val="0"/>
          <w:bCs w:val="0"/>
          <w:sz w:val="32"/>
          <w:szCs w:val="32"/>
          <w:lang w:val="it-IT"/>
        </w:rPr>
        <w:br w:type="page"/>
      </w:r>
    </w:p>
    <w:p w14:paraId="388E0BF6" w14:textId="60620B81" w:rsidR="00635AB1" w:rsidRPr="004D3600" w:rsidRDefault="00635AB1" w:rsidP="004D3600">
      <w:pPr>
        <w:jc w:val="center"/>
        <w:rPr>
          <w:sz w:val="32"/>
          <w:szCs w:val="32"/>
          <w:lang w:val="it-IT"/>
        </w:rPr>
      </w:pPr>
      <w:r w:rsidRPr="004D3600">
        <w:rPr>
          <w:rStyle w:val="Enfasigrassetto"/>
          <w:b w:val="0"/>
          <w:bCs w:val="0"/>
          <w:sz w:val="32"/>
          <w:szCs w:val="32"/>
          <w:lang w:val="it-IT"/>
        </w:rPr>
        <w:lastRenderedPageBreak/>
        <w:t>Acquario (degustazione) – Sabato 26 luglio</w:t>
      </w:r>
    </w:p>
    <w:p w14:paraId="3C6DBB87" w14:textId="20D2DEC5" w:rsidR="00635AB1" w:rsidRDefault="00635AB1" w:rsidP="004D3600">
      <w:pPr>
        <w:jc w:val="center"/>
        <w:rPr>
          <w:rStyle w:val="Enfasigrassetto"/>
          <w:b w:val="0"/>
          <w:bCs w:val="0"/>
          <w:sz w:val="32"/>
          <w:szCs w:val="32"/>
          <w:lang w:val="it-IT"/>
        </w:rPr>
      </w:pPr>
      <w:proofErr w:type="spellStart"/>
      <w:r w:rsidRPr="004D3600">
        <w:rPr>
          <w:rStyle w:val="Enfasigrassetto"/>
          <w:b w:val="0"/>
          <w:bCs w:val="0"/>
          <w:sz w:val="32"/>
          <w:szCs w:val="32"/>
          <w:lang w:val="it-IT"/>
        </w:rPr>
        <w:t>Shorter’stories</w:t>
      </w:r>
      <w:proofErr w:type="spellEnd"/>
    </w:p>
    <w:p w14:paraId="54B8F2F9" w14:textId="0D05D26E" w:rsidR="00AF3E7B" w:rsidRPr="004D3600" w:rsidRDefault="00AF3E7B" w:rsidP="004D3600">
      <w:pPr>
        <w:jc w:val="center"/>
        <w:rPr>
          <w:sz w:val="32"/>
          <w:szCs w:val="32"/>
          <w:lang w:val="it-IT"/>
        </w:rPr>
      </w:pPr>
      <w:r>
        <w:rPr>
          <w:noProof/>
          <w:sz w:val="32"/>
          <w:szCs w:val="32"/>
          <w:lang w:val="it-IT"/>
        </w:rPr>
        <w:drawing>
          <wp:inline distT="0" distB="0" distL="0" distR="0" wp14:anchorId="336684C0" wp14:editId="0B1B3CAE">
            <wp:extent cx="5113020" cy="2872386"/>
            <wp:effectExtent l="0" t="0" r="0" b="444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magine 7"/>
                    <pic:cNvPicPr/>
                  </pic:nvPicPr>
                  <pic:blipFill rotWithShape="1">
                    <a:blip r:embed="rId11"/>
                    <a:srcRect l="18610" r="13194"/>
                    <a:stretch/>
                  </pic:blipFill>
                  <pic:spPr bwMode="auto">
                    <a:xfrm>
                      <a:off x="0" y="0"/>
                      <a:ext cx="5126824" cy="28801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1F1E6E" w14:textId="2055AE75" w:rsidR="00635AB1" w:rsidRPr="005F787F" w:rsidRDefault="00635AB1" w:rsidP="004D3600">
      <w:pPr>
        <w:jc w:val="center"/>
        <w:rPr>
          <w:lang w:val="it-IT"/>
        </w:rPr>
      </w:pPr>
      <w:r w:rsidRPr="005F787F">
        <w:rPr>
          <w:lang w:val="it-IT"/>
        </w:rPr>
        <w:t>Lorenzo Bisogno</w:t>
      </w:r>
      <w:r w:rsidR="004D3600">
        <w:rPr>
          <w:lang w:val="it-IT"/>
        </w:rPr>
        <w:t>,</w:t>
      </w:r>
      <w:r w:rsidRPr="005F787F">
        <w:rPr>
          <w:lang w:val="it-IT"/>
        </w:rPr>
        <w:t xml:space="preserve"> sax tenore</w:t>
      </w:r>
      <w:r w:rsidR="004D3600">
        <w:rPr>
          <w:lang w:val="it-IT"/>
        </w:rPr>
        <w:t xml:space="preserve">; </w:t>
      </w:r>
      <w:r w:rsidRPr="005F787F">
        <w:rPr>
          <w:lang w:val="it-IT"/>
        </w:rPr>
        <w:t>Christian Pabst</w:t>
      </w:r>
      <w:r w:rsidR="004D3600">
        <w:rPr>
          <w:lang w:val="it-IT"/>
        </w:rPr>
        <w:t>,</w:t>
      </w:r>
      <w:r w:rsidRPr="005F787F">
        <w:rPr>
          <w:lang w:val="it-IT"/>
        </w:rPr>
        <w:t xml:space="preserve"> piano</w:t>
      </w:r>
      <w:r w:rsidR="004D3600">
        <w:rPr>
          <w:lang w:val="it-IT"/>
        </w:rPr>
        <w:t xml:space="preserve">; </w:t>
      </w:r>
      <w:r w:rsidRPr="005F787F">
        <w:rPr>
          <w:lang w:val="it-IT"/>
        </w:rPr>
        <w:t>Nicola Muresu</w:t>
      </w:r>
      <w:r w:rsidR="004D3600">
        <w:rPr>
          <w:lang w:val="it-IT"/>
        </w:rPr>
        <w:t>,</w:t>
      </w:r>
      <w:r w:rsidRPr="005F787F">
        <w:rPr>
          <w:lang w:val="it-IT"/>
        </w:rPr>
        <w:t xml:space="preserve"> contrabbasso</w:t>
      </w:r>
      <w:r w:rsidR="00A9358E">
        <w:rPr>
          <w:lang w:val="it-IT"/>
        </w:rPr>
        <w:t xml:space="preserve">; </w:t>
      </w:r>
      <w:r w:rsidRPr="005F787F">
        <w:rPr>
          <w:lang w:val="it-IT"/>
        </w:rPr>
        <w:t xml:space="preserve">G. </w:t>
      </w:r>
      <w:proofErr w:type="spellStart"/>
      <w:r w:rsidRPr="005F787F">
        <w:rPr>
          <w:lang w:val="it-IT"/>
        </w:rPr>
        <w:t>Filindeu</w:t>
      </w:r>
      <w:proofErr w:type="spellEnd"/>
      <w:r w:rsidR="00A9358E">
        <w:rPr>
          <w:lang w:val="it-IT"/>
        </w:rPr>
        <w:t>,</w:t>
      </w:r>
      <w:r w:rsidRPr="005F787F">
        <w:rPr>
          <w:lang w:val="it-IT"/>
        </w:rPr>
        <w:t xml:space="preserve"> batteria</w:t>
      </w:r>
    </w:p>
    <w:p w14:paraId="3EDF2E63" w14:textId="775E29EE" w:rsidR="00635AB1" w:rsidRPr="005F787F" w:rsidRDefault="00635AB1" w:rsidP="00635AB1">
      <w:pPr>
        <w:rPr>
          <w:lang w:val="it-IT"/>
        </w:rPr>
      </w:pPr>
      <w:r w:rsidRPr="005F787F">
        <w:rPr>
          <w:lang w:val="it-IT"/>
        </w:rPr>
        <w:br/>
      </w:r>
      <w:proofErr w:type="spellStart"/>
      <w:r w:rsidRPr="005F787F">
        <w:rPr>
          <w:lang w:val="it-IT"/>
        </w:rPr>
        <w:t>Shorter’stories</w:t>
      </w:r>
      <w:proofErr w:type="spellEnd"/>
      <w:r w:rsidRPr="005F787F">
        <w:rPr>
          <w:lang w:val="it-IT"/>
        </w:rPr>
        <w:t xml:space="preserve"> è un quartetto dedicato a uno dei giganti del jazz moderno: Wayne Shorter. I musicisti, provenienti da diverse esperienze europee, reinterpretano il repertorio e lo spirito visionario di Shorter, tra strutture aperte, </w:t>
      </w:r>
      <w:proofErr w:type="spellStart"/>
      <w:r w:rsidRPr="005F787F">
        <w:rPr>
          <w:lang w:val="it-IT"/>
        </w:rPr>
        <w:t>interplay</w:t>
      </w:r>
      <w:proofErr w:type="spellEnd"/>
      <w:r w:rsidRPr="005F787F">
        <w:rPr>
          <w:lang w:val="it-IT"/>
        </w:rPr>
        <w:t xml:space="preserve"> dinamico e momenti di improvvisazione pura. Il sax di Lorenzo Bisogno guida l’ensemble con un fraseggio narrativo e personale, sostenuto dal pianoforte elegante di Christian Pabst, dal contrabbasso solido di Nicola Muresu e dal drumming energico di G. </w:t>
      </w:r>
      <w:proofErr w:type="spellStart"/>
      <w:r w:rsidRPr="005F787F">
        <w:rPr>
          <w:lang w:val="it-IT"/>
        </w:rPr>
        <w:t>Filindeu</w:t>
      </w:r>
      <w:proofErr w:type="spellEnd"/>
      <w:r w:rsidRPr="005F787F">
        <w:rPr>
          <w:lang w:val="it-IT"/>
        </w:rPr>
        <w:t>. Una serata che è anche un omaggio al jazz come linguaggio in continua evoluzione.</w:t>
      </w:r>
    </w:p>
    <w:p w14:paraId="1303704C" w14:textId="77777777" w:rsidR="00635AB1" w:rsidRDefault="002C4585" w:rsidP="00635AB1">
      <w:r>
        <w:pict w14:anchorId="4C956E16">
          <v:rect id="_x0000_i1029" style="width:0;height:1.5pt" o:hralign="center" o:hrstd="t" o:hr="t" fillcolor="#a0a0a0" stroked="f"/>
        </w:pict>
      </w:r>
    </w:p>
    <w:p w14:paraId="367D9DA5" w14:textId="77777777" w:rsidR="00194945" w:rsidRDefault="00194945">
      <w:pPr>
        <w:rPr>
          <w:rStyle w:val="Enfasigrassetto"/>
          <w:b w:val="0"/>
          <w:bCs w:val="0"/>
          <w:sz w:val="32"/>
          <w:szCs w:val="32"/>
          <w:lang w:val="it-IT"/>
        </w:rPr>
      </w:pPr>
      <w:r>
        <w:rPr>
          <w:rStyle w:val="Enfasigrassetto"/>
          <w:b w:val="0"/>
          <w:bCs w:val="0"/>
          <w:sz w:val="32"/>
          <w:szCs w:val="32"/>
          <w:lang w:val="it-IT"/>
        </w:rPr>
        <w:br w:type="page"/>
      </w:r>
    </w:p>
    <w:p w14:paraId="45720FED" w14:textId="022A9408" w:rsidR="00EA395F" w:rsidRPr="004D3600" w:rsidRDefault="00EA395F" w:rsidP="00EA395F">
      <w:pPr>
        <w:jc w:val="center"/>
        <w:rPr>
          <w:sz w:val="32"/>
          <w:szCs w:val="32"/>
          <w:lang w:val="it-IT"/>
        </w:rPr>
      </w:pPr>
      <w:r w:rsidRPr="004D3600">
        <w:rPr>
          <w:rStyle w:val="Enfasigrassetto"/>
          <w:b w:val="0"/>
          <w:bCs w:val="0"/>
          <w:sz w:val="32"/>
          <w:szCs w:val="32"/>
          <w:lang w:val="it-IT"/>
        </w:rPr>
        <w:lastRenderedPageBreak/>
        <w:t>Acquario (degustazione) – Sabato 26 luglio</w:t>
      </w:r>
    </w:p>
    <w:p w14:paraId="05F7CF68" w14:textId="2EF39B3B" w:rsidR="00635AB1" w:rsidRDefault="00635AB1" w:rsidP="00A9358E">
      <w:pPr>
        <w:jc w:val="center"/>
        <w:rPr>
          <w:rStyle w:val="Enfasigrassetto"/>
          <w:b w:val="0"/>
          <w:bCs w:val="0"/>
          <w:sz w:val="32"/>
          <w:szCs w:val="32"/>
          <w:lang w:val="it-IT"/>
        </w:rPr>
      </w:pPr>
      <w:r w:rsidRPr="00EA395F">
        <w:rPr>
          <w:rStyle w:val="Enfasigrassetto"/>
          <w:b w:val="0"/>
          <w:bCs w:val="0"/>
          <w:sz w:val="32"/>
          <w:szCs w:val="32"/>
          <w:lang w:val="it-IT"/>
        </w:rPr>
        <w:t>Emma Smith &amp; Band</w:t>
      </w:r>
    </w:p>
    <w:p w14:paraId="5296ECDE" w14:textId="2A945028" w:rsidR="00B023CD" w:rsidRPr="00EA395F" w:rsidRDefault="00B023CD" w:rsidP="00A9358E">
      <w:pPr>
        <w:jc w:val="center"/>
        <w:rPr>
          <w:sz w:val="32"/>
          <w:szCs w:val="32"/>
          <w:lang w:val="it-IT"/>
        </w:rPr>
      </w:pPr>
      <w:r>
        <w:rPr>
          <w:noProof/>
          <w:sz w:val="32"/>
          <w:szCs w:val="32"/>
          <w:lang w:val="it-IT"/>
        </w:rPr>
        <w:drawing>
          <wp:inline distT="0" distB="0" distL="0" distR="0" wp14:anchorId="16D3C875" wp14:editId="710DCDE4">
            <wp:extent cx="5076825" cy="4716780"/>
            <wp:effectExtent l="0" t="0" r="9525" b="7620"/>
            <wp:docPr id="12" name="Immagin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magine 12"/>
                    <pic:cNvPicPr/>
                  </pic:nvPicPr>
                  <pic:blipFill rotWithShape="1">
                    <a:blip r:embed="rId12"/>
                    <a:srcRect b="38100"/>
                    <a:stretch/>
                  </pic:blipFill>
                  <pic:spPr bwMode="auto">
                    <a:xfrm>
                      <a:off x="0" y="0"/>
                      <a:ext cx="5076825" cy="4716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3E6EFD" w14:textId="43D9E2B2" w:rsidR="00635AB1" w:rsidRPr="005F787F" w:rsidRDefault="00635AB1" w:rsidP="00A9358E">
      <w:pPr>
        <w:jc w:val="center"/>
        <w:rPr>
          <w:lang w:val="it-IT"/>
        </w:rPr>
      </w:pPr>
      <w:r w:rsidRPr="005F787F">
        <w:rPr>
          <w:lang w:val="it-IT"/>
        </w:rPr>
        <w:t>Emma Smith</w:t>
      </w:r>
      <w:r w:rsidR="00EA395F">
        <w:rPr>
          <w:lang w:val="it-IT"/>
        </w:rPr>
        <w:t xml:space="preserve">, </w:t>
      </w:r>
      <w:r w:rsidRPr="005F787F">
        <w:rPr>
          <w:lang w:val="it-IT"/>
        </w:rPr>
        <w:t>voce</w:t>
      </w:r>
      <w:r w:rsidR="00EA395F">
        <w:rPr>
          <w:lang w:val="it-IT"/>
        </w:rPr>
        <w:t xml:space="preserve">; </w:t>
      </w:r>
      <w:r w:rsidRPr="005F787F">
        <w:rPr>
          <w:lang w:val="it-IT"/>
        </w:rPr>
        <w:t xml:space="preserve">Jamie </w:t>
      </w:r>
      <w:proofErr w:type="spellStart"/>
      <w:r w:rsidRPr="005F787F">
        <w:rPr>
          <w:lang w:val="it-IT"/>
        </w:rPr>
        <w:t>Safir</w:t>
      </w:r>
      <w:proofErr w:type="spellEnd"/>
      <w:r w:rsidR="00EA395F">
        <w:rPr>
          <w:lang w:val="it-IT"/>
        </w:rPr>
        <w:t>,</w:t>
      </w:r>
      <w:r w:rsidRPr="005F787F">
        <w:rPr>
          <w:lang w:val="it-IT"/>
        </w:rPr>
        <w:t xml:space="preserve"> piano</w:t>
      </w:r>
      <w:r w:rsidR="00EA395F">
        <w:rPr>
          <w:lang w:val="it-IT"/>
        </w:rPr>
        <w:t xml:space="preserve">; </w:t>
      </w:r>
      <w:r w:rsidRPr="005F787F">
        <w:rPr>
          <w:lang w:val="it-IT"/>
        </w:rPr>
        <w:t>Luke Tomlinson</w:t>
      </w:r>
      <w:r w:rsidR="00EA395F">
        <w:rPr>
          <w:lang w:val="it-IT"/>
        </w:rPr>
        <w:t>,</w:t>
      </w:r>
      <w:r w:rsidRPr="005F787F">
        <w:rPr>
          <w:lang w:val="it-IT"/>
        </w:rPr>
        <w:t xml:space="preserve"> batteria</w:t>
      </w:r>
      <w:r w:rsidR="00EA395F">
        <w:rPr>
          <w:lang w:val="it-IT"/>
        </w:rPr>
        <w:t xml:space="preserve">; </w:t>
      </w:r>
      <w:r w:rsidRPr="005F787F">
        <w:rPr>
          <w:lang w:val="it-IT"/>
        </w:rPr>
        <w:t>Tom Farmer</w:t>
      </w:r>
      <w:r w:rsidR="00EA395F">
        <w:rPr>
          <w:lang w:val="it-IT"/>
        </w:rPr>
        <w:t>,</w:t>
      </w:r>
      <w:r w:rsidRPr="005F787F">
        <w:rPr>
          <w:lang w:val="it-IT"/>
        </w:rPr>
        <w:t xml:space="preserve"> basso</w:t>
      </w:r>
    </w:p>
    <w:p w14:paraId="6734AA89" w14:textId="18DA9A36" w:rsidR="00635AB1" w:rsidRPr="005F787F" w:rsidRDefault="00635AB1" w:rsidP="00635AB1">
      <w:pPr>
        <w:rPr>
          <w:lang w:val="it-IT"/>
        </w:rPr>
      </w:pPr>
      <w:r w:rsidRPr="005F787F">
        <w:rPr>
          <w:lang w:val="it-IT"/>
        </w:rPr>
        <w:t>Emma Smith è una delle voci emergenti più apprezzate della scena jazz britannica, nota per la sua capacità di coniugare swing, standard, improvvisazione e brani originali con una presenza scenica magnetica. Con la sua band di musicisti di punta di Londra, propone un live che alterna momenti di intensa energia ritmica a ballad raffinate e intime, in un dialogo continuo tra voce e strumentisti. Il suo repertorio è un tributo ai grandi interpreti del passato, ma con uno sguardo rivolto alla contemporaneità. Classe, ironia e calore per un concerto che sa incantare ogni platea.</w:t>
      </w:r>
    </w:p>
    <w:p w14:paraId="6A7F46AC" w14:textId="77777777" w:rsidR="00635AB1" w:rsidRDefault="002C4585" w:rsidP="00635AB1">
      <w:r>
        <w:pict w14:anchorId="1BAD3216">
          <v:rect id="_x0000_i1030" style="width:0;height:1.5pt" o:hralign="center" o:hrstd="t" o:hr="t" fillcolor="#a0a0a0" stroked="f"/>
        </w:pict>
      </w:r>
    </w:p>
    <w:p w14:paraId="5F3DE135" w14:textId="77777777" w:rsidR="00B023CD" w:rsidRDefault="00B023CD">
      <w:pPr>
        <w:rPr>
          <w:rStyle w:val="Enfasigrassetto"/>
          <w:b w:val="0"/>
          <w:bCs w:val="0"/>
          <w:sz w:val="32"/>
          <w:szCs w:val="32"/>
          <w:lang w:val="it-IT"/>
        </w:rPr>
      </w:pPr>
      <w:r>
        <w:rPr>
          <w:rStyle w:val="Enfasigrassetto"/>
          <w:b w:val="0"/>
          <w:bCs w:val="0"/>
          <w:sz w:val="32"/>
          <w:szCs w:val="32"/>
          <w:lang w:val="it-IT"/>
        </w:rPr>
        <w:br w:type="page"/>
      </w:r>
    </w:p>
    <w:p w14:paraId="2FC72CD2" w14:textId="39A08C94" w:rsidR="00635AB1" w:rsidRPr="00EA395F" w:rsidRDefault="00635AB1" w:rsidP="00EA395F">
      <w:pPr>
        <w:jc w:val="center"/>
        <w:rPr>
          <w:sz w:val="32"/>
          <w:szCs w:val="32"/>
          <w:lang w:val="it-IT"/>
        </w:rPr>
      </w:pPr>
      <w:r w:rsidRPr="00EA395F">
        <w:rPr>
          <w:rStyle w:val="Enfasigrassetto"/>
          <w:b w:val="0"/>
          <w:bCs w:val="0"/>
          <w:sz w:val="32"/>
          <w:szCs w:val="32"/>
          <w:lang w:val="it-IT"/>
        </w:rPr>
        <w:lastRenderedPageBreak/>
        <w:t>Acquario (degustazione) – Domenica 27 luglio</w:t>
      </w:r>
    </w:p>
    <w:p w14:paraId="070F4331" w14:textId="790571EE" w:rsidR="00635AB1" w:rsidRDefault="00635AB1" w:rsidP="00EA395F">
      <w:pPr>
        <w:jc w:val="center"/>
        <w:rPr>
          <w:rStyle w:val="Enfasigrassetto"/>
          <w:b w:val="0"/>
          <w:bCs w:val="0"/>
          <w:sz w:val="32"/>
          <w:szCs w:val="32"/>
          <w:lang w:val="it-IT"/>
        </w:rPr>
      </w:pPr>
      <w:r w:rsidRPr="00EA395F">
        <w:rPr>
          <w:rStyle w:val="Enfasigrassetto"/>
          <w:b w:val="0"/>
          <w:bCs w:val="0"/>
          <w:sz w:val="32"/>
          <w:szCs w:val="32"/>
          <w:lang w:val="it-IT"/>
        </w:rPr>
        <w:t>Jacopo Tore</w:t>
      </w:r>
    </w:p>
    <w:p w14:paraId="60F0B544" w14:textId="2FF2A9BC" w:rsidR="006E5AEC" w:rsidRPr="00EA395F" w:rsidRDefault="00AF3E7B" w:rsidP="00EA395F">
      <w:pPr>
        <w:jc w:val="center"/>
        <w:rPr>
          <w:sz w:val="32"/>
          <w:szCs w:val="32"/>
          <w:lang w:val="it-IT"/>
        </w:rPr>
      </w:pPr>
      <w:r>
        <w:rPr>
          <w:noProof/>
          <w:sz w:val="32"/>
          <w:szCs w:val="32"/>
          <w:lang w:val="it-IT"/>
        </w:rPr>
        <w:drawing>
          <wp:inline distT="0" distB="0" distL="0" distR="0" wp14:anchorId="0B666046" wp14:editId="26803DE2">
            <wp:extent cx="4876800" cy="3248025"/>
            <wp:effectExtent l="0" t="0" r="0" b="952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07345" w14:textId="77777777" w:rsidR="00EA395F" w:rsidRDefault="00635AB1" w:rsidP="00EA395F">
      <w:pPr>
        <w:spacing w:after="0"/>
        <w:rPr>
          <w:lang w:val="it-IT"/>
        </w:rPr>
      </w:pPr>
      <w:r w:rsidRPr="005F787F">
        <w:rPr>
          <w:lang w:val="it-IT"/>
        </w:rPr>
        <w:br/>
      </w:r>
      <w:r w:rsidR="00EA395F" w:rsidRPr="00EA395F">
        <w:rPr>
          <w:lang w:val="it-IT"/>
        </w:rPr>
        <w:t>Nato a Nuoro nel 1990, inizia giovanissimo lo studio del pianoforte sotto la guida del Maestro Andrea Ivaldi. Dopo aver frequentato corsi di propedeutica e aver vinto numerosi concorsi musicali, si diploma all’Istituto Magistrale Musicale “Sebastiano Satta” di Nuoro, proseguendo poi gli studi al Conservatorio “Luigi Canepa” di Sassari, dove si laurea e si specializza in pianoforte e composizione con il massimo dei voti.</w:t>
      </w:r>
    </w:p>
    <w:p w14:paraId="24CDDD22" w14:textId="152C33EB" w:rsidR="00EA395F" w:rsidRPr="00EA395F" w:rsidRDefault="00EA395F" w:rsidP="00EA395F">
      <w:pPr>
        <w:spacing w:after="0"/>
        <w:rPr>
          <w:lang w:val="it-IT"/>
        </w:rPr>
      </w:pPr>
      <w:r w:rsidRPr="00EA395F">
        <w:rPr>
          <w:lang w:val="it-IT"/>
        </w:rPr>
        <w:t xml:space="preserve">Nel corso della sua formazione partecipa a seminari e masterclass con importanti musicisti jazz e classici, tra cui Uri Caine, Stefano Bollani, Frederic </w:t>
      </w:r>
      <w:proofErr w:type="spellStart"/>
      <w:r w:rsidRPr="00EA395F">
        <w:rPr>
          <w:lang w:val="it-IT"/>
        </w:rPr>
        <w:t>Rzewski</w:t>
      </w:r>
      <w:proofErr w:type="spellEnd"/>
      <w:r w:rsidRPr="00EA395F">
        <w:rPr>
          <w:lang w:val="it-IT"/>
        </w:rPr>
        <w:t xml:space="preserve"> e Fabio </w:t>
      </w:r>
      <w:proofErr w:type="spellStart"/>
      <w:r w:rsidRPr="00EA395F">
        <w:rPr>
          <w:lang w:val="it-IT"/>
        </w:rPr>
        <w:t>Bidini</w:t>
      </w:r>
      <w:proofErr w:type="spellEnd"/>
      <w:r w:rsidRPr="00EA395F">
        <w:rPr>
          <w:lang w:val="it-IT"/>
        </w:rPr>
        <w:t>.</w:t>
      </w:r>
    </w:p>
    <w:p w14:paraId="5CB00485" w14:textId="77777777" w:rsidR="00EA395F" w:rsidRPr="00EA395F" w:rsidRDefault="00EA395F" w:rsidP="00EA395F">
      <w:pPr>
        <w:spacing w:after="0"/>
        <w:rPr>
          <w:lang w:val="it-IT"/>
        </w:rPr>
      </w:pPr>
      <w:r w:rsidRPr="00EA395F">
        <w:rPr>
          <w:lang w:val="it-IT"/>
        </w:rPr>
        <w:t xml:space="preserve">Ha cantato come corista con la Corale Canepa nelle stagioni operistiche del Nuovo Teatro Verdi di Sassari e si è esibito in numerosi festival jazz come </w:t>
      </w:r>
      <w:proofErr w:type="spellStart"/>
      <w:r w:rsidRPr="00EA395F">
        <w:rPr>
          <w:lang w:val="it-IT"/>
        </w:rPr>
        <w:t>Calagonone</w:t>
      </w:r>
      <w:proofErr w:type="spellEnd"/>
      <w:r w:rsidRPr="00EA395F">
        <w:rPr>
          <w:lang w:val="it-IT"/>
        </w:rPr>
        <w:t xml:space="preserve"> Jazz, San Teodoro Jazz, Jazz </w:t>
      </w:r>
      <w:proofErr w:type="spellStart"/>
      <w:r w:rsidRPr="00EA395F">
        <w:rPr>
          <w:lang w:val="it-IT"/>
        </w:rPr>
        <w:t>Alguer</w:t>
      </w:r>
      <w:proofErr w:type="spellEnd"/>
      <w:r w:rsidRPr="00EA395F">
        <w:rPr>
          <w:lang w:val="it-IT"/>
        </w:rPr>
        <w:t xml:space="preserve"> e Musica sulle Bocche.</w:t>
      </w:r>
    </w:p>
    <w:p w14:paraId="0BF777FF" w14:textId="77777777" w:rsidR="00EA395F" w:rsidRPr="00EA395F" w:rsidRDefault="00EA395F" w:rsidP="00EA395F">
      <w:pPr>
        <w:spacing w:after="0"/>
        <w:rPr>
          <w:lang w:val="it-IT"/>
        </w:rPr>
      </w:pPr>
      <w:r w:rsidRPr="00EA395F">
        <w:rPr>
          <w:lang w:val="it-IT"/>
        </w:rPr>
        <w:t xml:space="preserve">Collabora come pianista in spettacoli e concerti di diversi generi e ha ideato e brevettato un gioco di logica musicale chiamato </w:t>
      </w:r>
      <w:proofErr w:type="spellStart"/>
      <w:r w:rsidRPr="00EA395F">
        <w:rPr>
          <w:lang w:val="it-IT"/>
        </w:rPr>
        <w:t>Musiku</w:t>
      </w:r>
      <w:proofErr w:type="spellEnd"/>
      <w:r w:rsidRPr="00EA395F">
        <w:rPr>
          <w:lang w:val="it-IT"/>
        </w:rPr>
        <w:t>.</w:t>
      </w:r>
    </w:p>
    <w:p w14:paraId="2FC321AB" w14:textId="77777777" w:rsidR="00EA395F" w:rsidRPr="00EA395F" w:rsidRDefault="00EA395F" w:rsidP="00EA395F">
      <w:pPr>
        <w:spacing w:after="0"/>
        <w:rPr>
          <w:lang w:val="it-IT"/>
        </w:rPr>
      </w:pPr>
    </w:p>
    <w:p w14:paraId="6F916C8A" w14:textId="66E3010B" w:rsidR="00635AB1" w:rsidRPr="005F787F" w:rsidRDefault="00EA395F" w:rsidP="00EA395F">
      <w:pPr>
        <w:spacing w:after="0"/>
        <w:rPr>
          <w:lang w:val="it-IT"/>
        </w:rPr>
      </w:pPr>
      <w:r w:rsidRPr="00EA395F">
        <w:rPr>
          <w:lang w:val="it-IT"/>
        </w:rPr>
        <w:t>Oggi svolge attività concertistica, didattica e compositiva.</w:t>
      </w:r>
    </w:p>
    <w:p w14:paraId="38FDDDBF" w14:textId="77777777" w:rsidR="00635AB1" w:rsidRDefault="002C4585" w:rsidP="00635AB1">
      <w:r>
        <w:pict w14:anchorId="5E6745A4">
          <v:rect id="_x0000_i1031" style="width:0;height:1.5pt" o:hralign="center" o:hrstd="t" o:hr="t" fillcolor="#a0a0a0" stroked="f"/>
        </w:pict>
      </w:r>
    </w:p>
    <w:p w14:paraId="5D4D7412" w14:textId="77777777" w:rsidR="00B023CD" w:rsidRDefault="00B023CD">
      <w:pPr>
        <w:rPr>
          <w:rStyle w:val="Enfasigrassetto"/>
          <w:b w:val="0"/>
          <w:bCs w:val="0"/>
          <w:sz w:val="32"/>
          <w:szCs w:val="32"/>
          <w:lang w:val="it-IT"/>
        </w:rPr>
      </w:pPr>
      <w:r>
        <w:rPr>
          <w:rStyle w:val="Enfasigrassetto"/>
          <w:b w:val="0"/>
          <w:bCs w:val="0"/>
          <w:sz w:val="32"/>
          <w:szCs w:val="32"/>
          <w:lang w:val="it-IT"/>
        </w:rPr>
        <w:br w:type="page"/>
      </w:r>
    </w:p>
    <w:p w14:paraId="71616E55" w14:textId="63F5871E" w:rsidR="00EA395F" w:rsidRPr="00EA395F" w:rsidRDefault="00EA395F" w:rsidP="00EA395F">
      <w:pPr>
        <w:jc w:val="center"/>
        <w:rPr>
          <w:sz w:val="32"/>
          <w:szCs w:val="32"/>
          <w:lang w:val="it-IT"/>
        </w:rPr>
      </w:pPr>
      <w:r w:rsidRPr="00EA395F">
        <w:rPr>
          <w:rStyle w:val="Enfasigrassetto"/>
          <w:b w:val="0"/>
          <w:bCs w:val="0"/>
          <w:sz w:val="32"/>
          <w:szCs w:val="32"/>
          <w:lang w:val="it-IT"/>
        </w:rPr>
        <w:lastRenderedPageBreak/>
        <w:t>Acquario (degustazione) – Domenica 27 luglio</w:t>
      </w:r>
    </w:p>
    <w:p w14:paraId="7E30CCB6" w14:textId="3244736C" w:rsidR="00635AB1" w:rsidRDefault="00635AB1" w:rsidP="00EA395F">
      <w:pPr>
        <w:jc w:val="center"/>
        <w:rPr>
          <w:rStyle w:val="Enfasigrassetto"/>
          <w:b w:val="0"/>
          <w:bCs w:val="0"/>
          <w:sz w:val="32"/>
          <w:szCs w:val="32"/>
          <w:lang w:val="it-IT"/>
        </w:rPr>
      </w:pPr>
      <w:r w:rsidRPr="00EA395F">
        <w:rPr>
          <w:rStyle w:val="Enfasigrassetto"/>
          <w:b w:val="0"/>
          <w:bCs w:val="0"/>
          <w:sz w:val="32"/>
          <w:szCs w:val="32"/>
          <w:lang w:val="it-IT"/>
        </w:rPr>
        <w:t>Rossana Casale</w:t>
      </w:r>
    </w:p>
    <w:p w14:paraId="070CD3F9" w14:textId="3DA1D5AE" w:rsidR="006E5AEC" w:rsidRPr="00EA395F" w:rsidRDefault="006E5AEC" w:rsidP="00EA395F">
      <w:pPr>
        <w:jc w:val="center"/>
        <w:rPr>
          <w:sz w:val="32"/>
          <w:szCs w:val="32"/>
          <w:lang w:val="it-IT"/>
        </w:rPr>
      </w:pPr>
      <w:r>
        <w:rPr>
          <w:noProof/>
          <w:sz w:val="32"/>
          <w:szCs w:val="32"/>
          <w:lang w:val="it-IT"/>
        </w:rPr>
        <w:drawing>
          <wp:inline distT="0" distB="0" distL="0" distR="0" wp14:anchorId="048F3840" wp14:editId="12EBBEDA">
            <wp:extent cx="5486400" cy="366458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6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1EFC7" w14:textId="358C061A" w:rsidR="00635AB1" w:rsidRPr="005F787F" w:rsidRDefault="00635AB1" w:rsidP="00EA395F">
      <w:pPr>
        <w:jc w:val="center"/>
        <w:rPr>
          <w:lang w:val="it-IT"/>
        </w:rPr>
      </w:pPr>
      <w:r w:rsidRPr="005F787F">
        <w:rPr>
          <w:lang w:val="it-IT"/>
        </w:rPr>
        <w:t>Rossana Casale</w:t>
      </w:r>
      <w:r w:rsidR="00EA395F">
        <w:rPr>
          <w:lang w:val="it-IT"/>
        </w:rPr>
        <w:t xml:space="preserve">, </w:t>
      </w:r>
      <w:r w:rsidRPr="005F787F">
        <w:rPr>
          <w:lang w:val="it-IT"/>
        </w:rPr>
        <w:t>voce</w:t>
      </w:r>
      <w:r w:rsidR="00EA395F">
        <w:rPr>
          <w:lang w:val="it-IT"/>
        </w:rPr>
        <w:t xml:space="preserve">; </w:t>
      </w:r>
      <w:r w:rsidRPr="005F787F">
        <w:rPr>
          <w:lang w:val="it-IT"/>
        </w:rPr>
        <w:t>Luigi Bonafede</w:t>
      </w:r>
      <w:r w:rsidR="00EA395F">
        <w:rPr>
          <w:lang w:val="it-IT"/>
        </w:rPr>
        <w:t>,</w:t>
      </w:r>
      <w:r w:rsidRPr="005F787F">
        <w:rPr>
          <w:lang w:val="it-IT"/>
        </w:rPr>
        <w:t xml:space="preserve"> piano</w:t>
      </w:r>
      <w:r w:rsidR="00EA395F">
        <w:rPr>
          <w:lang w:val="it-IT"/>
        </w:rPr>
        <w:t xml:space="preserve">; </w:t>
      </w:r>
      <w:r w:rsidRPr="005F787F">
        <w:rPr>
          <w:lang w:val="it-IT"/>
        </w:rPr>
        <w:t>Carlo Atti</w:t>
      </w:r>
      <w:r w:rsidR="00EA395F">
        <w:rPr>
          <w:lang w:val="it-IT"/>
        </w:rPr>
        <w:t>,</w:t>
      </w:r>
      <w:r w:rsidRPr="005F787F">
        <w:rPr>
          <w:lang w:val="it-IT"/>
        </w:rPr>
        <w:t xml:space="preserve"> sax</w:t>
      </w:r>
      <w:r w:rsidR="00EA395F">
        <w:rPr>
          <w:lang w:val="it-IT"/>
        </w:rPr>
        <w:t xml:space="preserve">; </w:t>
      </w:r>
      <w:r w:rsidRPr="005F787F">
        <w:rPr>
          <w:lang w:val="it-IT"/>
        </w:rPr>
        <w:t>Enzo Zirilli</w:t>
      </w:r>
      <w:r w:rsidR="00EA395F">
        <w:rPr>
          <w:lang w:val="it-IT"/>
        </w:rPr>
        <w:t>,</w:t>
      </w:r>
      <w:r w:rsidRPr="005F787F">
        <w:rPr>
          <w:lang w:val="it-IT"/>
        </w:rPr>
        <w:t xml:space="preserve"> batteria</w:t>
      </w:r>
      <w:r w:rsidR="00EA395F">
        <w:rPr>
          <w:lang w:val="it-IT"/>
        </w:rPr>
        <w:t xml:space="preserve">; </w:t>
      </w:r>
      <w:r w:rsidRPr="005F787F">
        <w:rPr>
          <w:lang w:val="it-IT"/>
        </w:rPr>
        <w:t>Alessandro Maiorino</w:t>
      </w:r>
      <w:r w:rsidR="00EA395F">
        <w:rPr>
          <w:lang w:val="it-IT"/>
        </w:rPr>
        <w:t>,</w:t>
      </w:r>
      <w:r w:rsidRPr="005F787F">
        <w:rPr>
          <w:lang w:val="it-IT"/>
        </w:rPr>
        <w:t xml:space="preserve"> contrabbasso</w:t>
      </w:r>
    </w:p>
    <w:p w14:paraId="45F85566" w14:textId="57D2F227" w:rsidR="00635AB1" w:rsidRPr="005F787F" w:rsidRDefault="00635AB1" w:rsidP="00635AB1">
      <w:pPr>
        <w:rPr>
          <w:lang w:val="it-IT"/>
        </w:rPr>
      </w:pPr>
      <w:r w:rsidRPr="005F787F">
        <w:rPr>
          <w:lang w:val="it-IT"/>
        </w:rPr>
        <w:br/>
        <w:t>Cantante e attrice dalla carriera poliedrica, Rossana Casale ha attraversato con grazia la canzone d’autore, il pop, il jazz e il teatro musicale. Da sempre raffinata interprete, porta sul palco la sua voce calda e inconfondibile, capace di raccontare storie con una profondità rara. Con un quartetto di musicisti straordinari — tra cui Luigi Bonafede al piano e Carlo Atti al sax — Rossana regalerà un concerto che è un viaggio tra standard jazz, brani originali e momenti di intensa espressività, in un continuo dialogo tra parola, musica e sentimento.</w:t>
      </w:r>
    </w:p>
    <w:p w14:paraId="62F0F50E" w14:textId="77777777" w:rsidR="00635AB1" w:rsidRDefault="002C4585" w:rsidP="00635AB1">
      <w:r>
        <w:pict w14:anchorId="3AE781A4">
          <v:rect id="_x0000_i1032" style="width:0;height:1.5pt" o:hralign="center" o:hrstd="t" o:hr="t" fillcolor="#a0a0a0" stroked="f"/>
        </w:pict>
      </w:r>
    </w:p>
    <w:p w14:paraId="3D33916F" w14:textId="77777777" w:rsidR="00B023CD" w:rsidRDefault="00B023CD">
      <w:pPr>
        <w:rPr>
          <w:rStyle w:val="Enfasigrassetto"/>
          <w:b w:val="0"/>
          <w:bCs w:val="0"/>
          <w:sz w:val="32"/>
          <w:szCs w:val="32"/>
          <w:lang w:val="it-IT"/>
        </w:rPr>
      </w:pPr>
      <w:r>
        <w:rPr>
          <w:rStyle w:val="Enfasigrassetto"/>
          <w:b w:val="0"/>
          <w:bCs w:val="0"/>
          <w:sz w:val="32"/>
          <w:szCs w:val="32"/>
          <w:lang w:val="it-IT"/>
        </w:rPr>
        <w:br w:type="page"/>
      </w:r>
    </w:p>
    <w:p w14:paraId="50F61378" w14:textId="7F6ABF23" w:rsidR="00635AB1" w:rsidRPr="00635AB1" w:rsidRDefault="00635AB1" w:rsidP="00EA395F">
      <w:pPr>
        <w:jc w:val="center"/>
        <w:rPr>
          <w:lang w:val="it-IT"/>
        </w:rPr>
      </w:pPr>
      <w:r w:rsidRPr="00EA395F">
        <w:rPr>
          <w:rStyle w:val="Enfasigrassetto"/>
          <w:b w:val="0"/>
          <w:bCs w:val="0"/>
          <w:sz w:val="32"/>
          <w:szCs w:val="32"/>
          <w:lang w:val="it-IT"/>
        </w:rPr>
        <w:lastRenderedPageBreak/>
        <w:t>Grotte del Bue Marino (imbarco ore 11:00) – Martedì 29 luglio</w:t>
      </w:r>
    </w:p>
    <w:p w14:paraId="0B55C654" w14:textId="661220D6" w:rsidR="00635AB1" w:rsidRDefault="00635AB1" w:rsidP="00EA395F">
      <w:pPr>
        <w:jc w:val="center"/>
        <w:rPr>
          <w:rStyle w:val="Enfasigrassetto"/>
          <w:b w:val="0"/>
          <w:bCs w:val="0"/>
          <w:sz w:val="36"/>
          <w:szCs w:val="36"/>
          <w:lang w:val="it-IT"/>
        </w:rPr>
      </w:pPr>
      <w:r w:rsidRPr="00EA395F">
        <w:rPr>
          <w:rStyle w:val="Enfasigrassetto"/>
          <w:b w:val="0"/>
          <w:bCs w:val="0"/>
          <w:sz w:val="36"/>
          <w:szCs w:val="36"/>
          <w:lang w:val="it-IT"/>
        </w:rPr>
        <w:t>Sissoko Music Trio</w:t>
      </w:r>
    </w:p>
    <w:p w14:paraId="608295EB" w14:textId="7C813AC5" w:rsidR="006E5AEC" w:rsidRPr="00EA395F" w:rsidRDefault="006E5AEC" w:rsidP="00EA395F">
      <w:pPr>
        <w:jc w:val="center"/>
        <w:rPr>
          <w:sz w:val="36"/>
          <w:szCs w:val="36"/>
          <w:lang w:val="it-IT"/>
        </w:rPr>
      </w:pPr>
      <w:r>
        <w:rPr>
          <w:noProof/>
          <w:sz w:val="36"/>
          <w:szCs w:val="36"/>
          <w:lang w:val="it-IT"/>
        </w:rPr>
        <w:drawing>
          <wp:inline distT="0" distB="0" distL="0" distR="0" wp14:anchorId="04B8997F" wp14:editId="202122E5">
            <wp:extent cx="5486400" cy="365760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5BAE5" w14:textId="1E3A0F66" w:rsidR="00635AB1" w:rsidRDefault="00635AB1" w:rsidP="00EA395F">
      <w:pPr>
        <w:jc w:val="center"/>
        <w:rPr>
          <w:lang w:val="it-IT"/>
        </w:rPr>
      </w:pPr>
      <w:proofErr w:type="spellStart"/>
      <w:r w:rsidRPr="005F787F">
        <w:rPr>
          <w:lang w:val="it-IT"/>
        </w:rPr>
        <w:t>Djana</w:t>
      </w:r>
      <w:proofErr w:type="spellEnd"/>
      <w:r w:rsidRPr="005F787F">
        <w:rPr>
          <w:lang w:val="it-IT"/>
        </w:rPr>
        <w:t xml:space="preserve"> Sissoko</w:t>
      </w:r>
      <w:r w:rsidR="00EA395F">
        <w:rPr>
          <w:lang w:val="it-IT"/>
        </w:rPr>
        <w:t xml:space="preserve">; </w:t>
      </w:r>
      <w:r w:rsidRPr="005F787F">
        <w:rPr>
          <w:lang w:val="it-IT"/>
        </w:rPr>
        <w:t>Baba Sissoko</w:t>
      </w:r>
      <w:r w:rsidR="00EA395F">
        <w:rPr>
          <w:lang w:val="it-IT"/>
        </w:rPr>
        <w:t xml:space="preserve">; </w:t>
      </w:r>
      <w:r w:rsidRPr="005F787F">
        <w:rPr>
          <w:lang w:val="it-IT"/>
        </w:rPr>
        <w:t>Bao Sissoko</w:t>
      </w:r>
    </w:p>
    <w:p w14:paraId="170D6129" w14:textId="77777777" w:rsidR="00EA395F" w:rsidRDefault="00635AB1" w:rsidP="00635AB1">
      <w:pPr>
        <w:rPr>
          <w:lang w:val="it-IT"/>
        </w:rPr>
      </w:pPr>
      <w:r w:rsidRPr="005F787F">
        <w:rPr>
          <w:lang w:val="it-IT"/>
        </w:rPr>
        <w:br/>
        <w:t xml:space="preserve">Il Sissoko Music Trio è una celebrazione della tradizione griot dell’Africa Occidentale. Baba Sissoko, tra i massimi ambasciatori della musica </w:t>
      </w:r>
      <w:proofErr w:type="spellStart"/>
      <w:r w:rsidRPr="005F787F">
        <w:rPr>
          <w:lang w:val="it-IT"/>
        </w:rPr>
        <w:t>maliana</w:t>
      </w:r>
      <w:proofErr w:type="spellEnd"/>
      <w:r w:rsidRPr="005F787F">
        <w:rPr>
          <w:lang w:val="it-IT"/>
        </w:rPr>
        <w:t>, si unisce a</w:t>
      </w:r>
      <w:r w:rsidR="00EA395F">
        <w:rPr>
          <w:lang w:val="it-IT"/>
        </w:rPr>
        <w:t xml:space="preserve">lla figlia </w:t>
      </w:r>
      <w:proofErr w:type="spellStart"/>
      <w:r w:rsidRPr="005F787F">
        <w:rPr>
          <w:lang w:val="it-IT"/>
        </w:rPr>
        <w:t>Djana</w:t>
      </w:r>
      <w:proofErr w:type="spellEnd"/>
      <w:r w:rsidRPr="005F787F">
        <w:rPr>
          <w:lang w:val="it-IT"/>
        </w:rPr>
        <w:t xml:space="preserve"> e Bao Sissoko</w:t>
      </w:r>
      <w:r w:rsidR="00EA395F">
        <w:rPr>
          <w:lang w:val="it-IT"/>
        </w:rPr>
        <w:t xml:space="preserve"> -musicista e cantastorie </w:t>
      </w:r>
      <w:proofErr w:type="spellStart"/>
      <w:r w:rsidR="00EA395F">
        <w:rPr>
          <w:lang w:val="it-IT"/>
        </w:rPr>
        <w:t>senegalase</w:t>
      </w:r>
      <w:proofErr w:type="spellEnd"/>
      <w:r w:rsidR="00EA395F">
        <w:rPr>
          <w:lang w:val="it-IT"/>
        </w:rPr>
        <w:t>-</w:t>
      </w:r>
      <w:r w:rsidRPr="005F787F">
        <w:rPr>
          <w:lang w:val="it-IT"/>
        </w:rPr>
        <w:t xml:space="preserve"> per dare vita a un rituale sonoro dove la </w:t>
      </w:r>
      <w:proofErr w:type="spellStart"/>
      <w:r w:rsidRPr="005F787F">
        <w:rPr>
          <w:lang w:val="it-IT"/>
        </w:rPr>
        <w:t>kora</w:t>
      </w:r>
      <w:proofErr w:type="spellEnd"/>
      <w:r w:rsidRPr="005F787F">
        <w:rPr>
          <w:lang w:val="it-IT"/>
        </w:rPr>
        <w:t xml:space="preserve">, le percussioni, il canto e le narrazioni orali si intrecciano in uno spazio magico. </w:t>
      </w:r>
    </w:p>
    <w:p w14:paraId="578FD54E" w14:textId="0E9F79B9" w:rsidR="00635AB1" w:rsidRPr="005F787F" w:rsidRDefault="00635AB1" w:rsidP="00635AB1">
      <w:pPr>
        <w:rPr>
          <w:lang w:val="it-IT"/>
        </w:rPr>
      </w:pPr>
      <w:r w:rsidRPr="005F787F">
        <w:rPr>
          <w:lang w:val="it-IT"/>
        </w:rPr>
        <w:t>Le Grotte del Bue Marino amplificano questo incanto, trasformandosi in un luogo di connessione spirituale tra Africa e Mediterraneo. Un concerto che è anche un racconto di radici, migrazioni e nuove contaminazioni.</w:t>
      </w:r>
    </w:p>
    <w:p w14:paraId="43F703C0" w14:textId="77777777" w:rsidR="00635AB1" w:rsidRDefault="002C4585" w:rsidP="00635AB1">
      <w:r>
        <w:pict w14:anchorId="5E653AFB">
          <v:rect id="_x0000_i1033" style="width:0;height:1.5pt" o:hralign="center" o:hrstd="t" o:hr="t" fillcolor="#a0a0a0" stroked="f"/>
        </w:pict>
      </w:r>
    </w:p>
    <w:p w14:paraId="22BE0D50" w14:textId="77777777" w:rsidR="00B023CD" w:rsidRDefault="00B023CD">
      <w:pPr>
        <w:rPr>
          <w:rStyle w:val="Enfasigrassetto"/>
          <w:b w:val="0"/>
          <w:bCs w:val="0"/>
          <w:sz w:val="32"/>
          <w:szCs w:val="32"/>
          <w:lang w:val="it-IT"/>
        </w:rPr>
      </w:pPr>
      <w:r>
        <w:rPr>
          <w:rStyle w:val="Enfasigrassetto"/>
          <w:b w:val="0"/>
          <w:bCs w:val="0"/>
          <w:sz w:val="32"/>
          <w:szCs w:val="32"/>
          <w:lang w:val="it-IT"/>
        </w:rPr>
        <w:br w:type="page"/>
      </w:r>
    </w:p>
    <w:p w14:paraId="7657C499" w14:textId="7E5F2291" w:rsidR="00635AB1" w:rsidRPr="00E61B8E" w:rsidRDefault="00635AB1" w:rsidP="00E61B8E">
      <w:pPr>
        <w:jc w:val="center"/>
        <w:rPr>
          <w:sz w:val="32"/>
          <w:szCs w:val="32"/>
          <w:lang w:val="it-IT"/>
        </w:rPr>
      </w:pPr>
      <w:r w:rsidRPr="00E61B8E">
        <w:rPr>
          <w:rStyle w:val="Enfasigrassetto"/>
          <w:b w:val="0"/>
          <w:bCs w:val="0"/>
          <w:sz w:val="32"/>
          <w:szCs w:val="32"/>
          <w:lang w:val="it-IT"/>
        </w:rPr>
        <w:lastRenderedPageBreak/>
        <w:t xml:space="preserve">Lungomare </w:t>
      </w:r>
      <w:proofErr w:type="spellStart"/>
      <w:r w:rsidRPr="00E61B8E">
        <w:rPr>
          <w:rStyle w:val="Enfasigrassetto"/>
          <w:b w:val="0"/>
          <w:bCs w:val="0"/>
          <w:sz w:val="32"/>
          <w:szCs w:val="32"/>
          <w:lang w:val="it-IT"/>
        </w:rPr>
        <w:t>Palmasera</w:t>
      </w:r>
      <w:proofErr w:type="spellEnd"/>
      <w:r w:rsidRPr="00E61B8E">
        <w:rPr>
          <w:rStyle w:val="Enfasigrassetto"/>
          <w:b w:val="0"/>
          <w:bCs w:val="0"/>
          <w:sz w:val="32"/>
          <w:szCs w:val="32"/>
          <w:lang w:val="it-IT"/>
        </w:rPr>
        <w:t xml:space="preserve"> – Martedì 29 luglio</w:t>
      </w:r>
    </w:p>
    <w:p w14:paraId="201E1858" w14:textId="73F6BEB0" w:rsidR="00635AB1" w:rsidRDefault="00635AB1" w:rsidP="00E61B8E">
      <w:pPr>
        <w:jc w:val="center"/>
        <w:rPr>
          <w:rStyle w:val="Enfasigrassetto"/>
          <w:b w:val="0"/>
          <w:bCs w:val="0"/>
          <w:sz w:val="32"/>
          <w:szCs w:val="32"/>
          <w:lang w:val="it-IT"/>
        </w:rPr>
      </w:pPr>
      <w:proofErr w:type="spellStart"/>
      <w:r w:rsidRPr="00E61B8E">
        <w:rPr>
          <w:rStyle w:val="Enfasigrassetto"/>
          <w:b w:val="0"/>
          <w:bCs w:val="0"/>
          <w:sz w:val="32"/>
          <w:szCs w:val="32"/>
          <w:lang w:val="it-IT"/>
        </w:rPr>
        <w:t>SoulSacrifice</w:t>
      </w:r>
      <w:proofErr w:type="spellEnd"/>
      <w:r w:rsidRPr="00E61B8E">
        <w:rPr>
          <w:rStyle w:val="Enfasigrassetto"/>
          <w:b w:val="0"/>
          <w:bCs w:val="0"/>
          <w:sz w:val="32"/>
          <w:szCs w:val="32"/>
          <w:lang w:val="it-IT"/>
        </w:rPr>
        <w:t xml:space="preserve"> – The Music of Carlos Santana</w:t>
      </w:r>
    </w:p>
    <w:p w14:paraId="5BFE5FC5" w14:textId="4FA9FFE3" w:rsidR="00871FF0" w:rsidRPr="00E61B8E" w:rsidRDefault="00871FF0" w:rsidP="00E61B8E">
      <w:pPr>
        <w:jc w:val="center"/>
        <w:rPr>
          <w:sz w:val="32"/>
          <w:szCs w:val="32"/>
          <w:lang w:val="it-IT"/>
        </w:rPr>
      </w:pPr>
      <w:r>
        <w:rPr>
          <w:noProof/>
          <w:sz w:val="32"/>
          <w:szCs w:val="32"/>
          <w:lang w:val="it-IT"/>
        </w:rPr>
        <w:drawing>
          <wp:inline distT="0" distB="0" distL="0" distR="0" wp14:anchorId="613FEFF6" wp14:editId="7611A6D4">
            <wp:extent cx="5478780" cy="3390900"/>
            <wp:effectExtent l="0" t="0" r="762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840" b="17952"/>
                    <a:stretch/>
                  </pic:blipFill>
                  <pic:spPr bwMode="auto">
                    <a:xfrm>
                      <a:off x="0" y="0"/>
                      <a:ext cx="547878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B72E3A" w14:textId="418A04DB" w:rsidR="00635AB1" w:rsidRPr="005F787F" w:rsidRDefault="00635AB1" w:rsidP="00E61B8E">
      <w:pPr>
        <w:jc w:val="center"/>
        <w:rPr>
          <w:lang w:val="it-IT"/>
        </w:rPr>
      </w:pPr>
      <w:r w:rsidRPr="005F787F">
        <w:rPr>
          <w:lang w:val="it-IT"/>
        </w:rPr>
        <w:t>Federico Valenti</w:t>
      </w:r>
      <w:r w:rsidR="00E61B8E">
        <w:rPr>
          <w:lang w:val="it-IT"/>
        </w:rPr>
        <w:t>,</w:t>
      </w:r>
      <w:r w:rsidRPr="005F787F">
        <w:rPr>
          <w:lang w:val="it-IT"/>
        </w:rPr>
        <w:t xml:space="preserve"> chitarra</w:t>
      </w:r>
      <w:r w:rsidR="00E61B8E">
        <w:rPr>
          <w:lang w:val="it-IT"/>
        </w:rPr>
        <w:t xml:space="preserve">; </w:t>
      </w:r>
      <w:r w:rsidRPr="005F787F">
        <w:rPr>
          <w:lang w:val="it-IT"/>
        </w:rPr>
        <w:t>Paolo Nonnis</w:t>
      </w:r>
      <w:r w:rsidR="00E61B8E">
        <w:rPr>
          <w:lang w:val="it-IT"/>
        </w:rPr>
        <w:t xml:space="preserve">, </w:t>
      </w:r>
      <w:r w:rsidRPr="005F787F">
        <w:rPr>
          <w:lang w:val="it-IT"/>
        </w:rPr>
        <w:t xml:space="preserve">batteria e </w:t>
      </w:r>
      <w:proofErr w:type="spellStart"/>
      <w:r w:rsidRPr="005F787F">
        <w:rPr>
          <w:lang w:val="it-IT"/>
        </w:rPr>
        <w:t>timbales</w:t>
      </w:r>
      <w:proofErr w:type="spellEnd"/>
      <w:r w:rsidR="00E61B8E">
        <w:rPr>
          <w:lang w:val="it-IT"/>
        </w:rPr>
        <w:t xml:space="preserve">; </w:t>
      </w:r>
      <w:r w:rsidRPr="005F787F">
        <w:rPr>
          <w:lang w:val="it-IT"/>
        </w:rPr>
        <w:t>Sara Sarritzu</w:t>
      </w:r>
      <w:r w:rsidR="00E61B8E">
        <w:rPr>
          <w:lang w:val="it-IT"/>
        </w:rPr>
        <w:t>,</w:t>
      </w:r>
      <w:r w:rsidRPr="005F787F">
        <w:rPr>
          <w:lang w:val="it-IT"/>
        </w:rPr>
        <w:t xml:space="preserve"> batteria e </w:t>
      </w:r>
      <w:proofErr w:type="spellStart"/>
      <w:r w:rsidRPr="005F787F">
        <w:rPr>
          <w:lang w:val="it-IT"/>
        </w:rPr>
        <w:t>timbales</w:t>
      </w:r>
      <w:proofErr w:type="spellEnd"/>
      <w:r w:rsidR="00E61B8E">
        <w:rPr>
          <w:lang w:val="it-IT"/>
        </w:rPr>
        <w:t xml:space="preserve">; </w:t>
      </w:r>
      <w:r w:rsidRPr="005F787F">
        <w:rPr>
          <w:lang w:val="it-IT"/>
        </w:rPr>
        <w:t>Stefano Di Carlo</w:t>
      </w:r>
      <w:r w:rsidR="00E61B8E">
        <w:rPr>
          <w:lang w:val="it-IT"/>
        </w:rPr>
        <w:t>;</w:t>
      </w:r>
      <w:r w:rsidRPr="005F787F">
        <w:rPr>
          <w:lang w:val="it-IT"/>
        </w:rPr>
        <w:t xml:space="preserve"> congas e percussioni, art director</w:t>
      </w:r>
      <w:r w:rsidR="00E61B8E">
        <w:rPr>
          <w:lang w:val="it-IT"/>
        </w:rPr>
        <w:t xml:space="preserve">; </w:t>
      </w:r>
      <w:r w:rsidRPr="005F787F">
        <w:rPr>
          <w:lang w:val="it-IT"/>
        </w:rPr>
        <w:t>Mario Dinaro</w:t>
      </w:r>
      <w:r w:rsidR="00E61B8E">
        <w:rPr>
          <w:lang w:val="it-IT"/>
        </w:rPr>
        <w:t>,</w:t>
      </w:r>
      <w:r w:rsidRPr="005F787F">
        <w:rPr>
          <w:lang w:val="it-IT"/>
        </w:rPr>
        <w:t xml:space="preserve"> tastiera</w:t>
      </w:r>
      <w:r w:rsidR="00E61B8E">
        <w:rPr>
          <w:lang w:val="it-IT"/>
        </w:rPr>
        <w:t xml:space="preserve">; </w:t>
      </w:r>
      <w:proofErr w:type="spellStart"/>
      <w:r w:rsidRPr="005F787F">
        <w:rPr>
          <w:lang w:val="it-IT"/>
        </w:rPr>
        <w:t>Bax</w:t>
      </w:r>
      <w:proofErr w:type="spellEnd"/>
      <w:r w:rsidRPr="005F787F">
        <w:rPr>
          <w:lang w:val="it-IT"/>
        </w:rPr>
        <w:t xml:space="preserve"> </w:t>
      </w:r>
      <w:proofErr w:type="spellStart"/>
      <w:r w:rsidRPr="005F787F">
        <w:rPr>
          <w:lang w:val="it-IT"/>
        </w:rPr>
        <w:t>Talani</w:t>
      </w:r>
      <w:proofErr w:type="spellEnd"/>
      <w:r w:rsidR="00E61B8E">
        <w:rPr>
          <w:lang w:val="it-IT"/>
        </w:rPr>
        <w:t>,</w:t>
      </w:r>
      <w:r w:rsidRPr="005F787F">
        <w:rPr>
          <w:lang w:val="it-IT"/>
        </w:rPr>
        <w:t xml:space="preserve"> basso</w:t>
      </w:r>
      <w:r w:rsidR="00E61B8E">
        <w:rPr>
          <w:lang w:val="it-IT"/>
        </w:rPr>
        <w:t xml:space="preserve">; </w:t>
      </w:r>
      <w:r w:rsidRPr="005F787F">
        <w:rPr>
          <w:lang w:val="it-IT"/>
        </w:rPr>
        <w:t>Diego Milia</w:t>
      </w:r>
      <w:r w:rsidR="00E61B8E">
        <w:rPr>
          <w:lang w:val="it-IT"/>
        </w:rPr>
        <w:t>,</w:t>
      </w:r>
      <w:r w:rsidRPr="005F787F">
        <w:rPr>
          <w:lang w:val="it-IT"/>
        </w:rPr>
        <w:t xml:space="preserve"> voce</w:t>
      </w:r>
    </w:p>
    <w:p w14:paraId="3E756DB8" w14:textId="015636F5" w:rsidR="00635AB1" w:rsidRPr="00CA62E6" w:rsidRDefault="00635AB1" w:rsidP="00635AB1">
      <w:pPr>
        <w:rPr>
          <w:lang w:val="it-IT"/>
        </w:rPr>
      </w:pPr>
      <w:r w:rsidRPr="005F787F">
        <w:rPr>
          <w:lang w:val="it-IT"/>
        </w:rPr>
        <w:br/>
      </w:r>
      <w:proofErr w:type="spellStart"/>
      <w:r w:rsidRPr="005F787F">
        <w:rPr>
          <w:lang w:val="it-IT"/>
        </w:rPr>
        <w:t>SoulSacrifice</w:t>
      </w:r>
      <w:proofErr w:type="spellEnd"/>
      <w:r w:rsidRPr="005F787F">
        <w:rPr>
          <w:lang w:val="it-IT"/>
        </w:rPr>
        <w:t xml:space="preserve"> è un viaggio entusiasmante dentro la musica di Carlos Santana, uno dei chitarristi più iconici della storia del rock e del latin jazz. La band, formata da musicisti di grande esperienza, ricrea fedelmente l’energia contagiosa dei brani di Santana, dai riff incendiari di “Black Magic Woman” ai </w:t>
      </w:r>
      <w:proofErr w:type="spellStart"/>
      <w:r w:rsidRPr="005F787F">
        <w:rPr>
          <w:lang w:val="it-IT"/>
        </w:rPr>
        <w:t>groove</w:t>
      </w:r>
      <w:proofErr w:type="spellEnd"/>
      <w:r w:rsidRPr="005F787F">
        <w:rPr>
          <w:lang w:val="it-IT"/>
        </w:rPr>
        <w:t xml:space="preserve"> irresistibili di “</w:t>
      </w:r>
      <w:proofErr w:type="spellStart"/>
      <w:r w:rsidRPr="005F787F">
        <w:rPr>
          <w:lang w:val="it-IT"/>
        </w:rPr>
        <w:t>Oye</w:t>
      </w:r>
      <w:proofErr w:type="spellEnd"/>
      <w:r w:rsidRPr="005F787F">
        <w:rPr>
          <w:lang w:val="it-IT"/>
        </w:rPr>
        <w:t xml:space="preserve"> Como Va”. Ritmi afrocubani, percussioni travolgenti, assoli infuocati e una voce graffiante trasformano il lungomare in una pista da ballo a cielo aperto. </w:t>
      </w:r>
      <w:r w:rsidRPr="00CA62E6">
        <w:rPr>
          <w:lang w:val="it-IT"/>
        </w:rPr>
        <w:t xml:space="preserve">Un tributo che è pura celebrazione </w:t>
      </w:r>
      <w:r w:rsidR="00CA62E6" w:rsidRPr="00CA62E6">
        <w:rPr>
          <w:lang w:val="it-IT"/>
        </w:rPr>
        <w:t xml:space="preserve">della musica come linguaggio </w:t>
      </w:r>
      <w:r w:rsidR="00CA62E6">
        <w:rPr>
          <w:lang w:val="it-IT"/>
        </w:rPr>
        <w:t>universale</w:t>
      </w:r>
      <w:r w:rsidRPr="00CA62E6">
        <w:rPr>
          <w:lang w:val="it-IT"/>
        </w:rPr>
        <w:t>.</w:t>
      </w:r>
    </w:p>
    <w:p w14:paraId="39FEEF0E" w14:textId="77777777" w:rsidR="00635AB1" w:rsidRDefault="002C4585" w:rsidP="00635AB1">
      <w:r>
        <w:pict w14:anchorId="6C94972F">
          <v:rect id="_x0000_i1034" style="width:0;height:1.5pt" o:hralign="center" o:hrstd="t" o:hr="t" fillcolor="#a0a0a0" stroked="f"/>
        </w:pict>
      </w:r>
    </w:p>
    <w:p w14:paraId="699A0751" w14:textId="77777777" w:rsidR="00B023CD" w:rsidRDefault="00B023CD">
      <w:pPr>
        <w:rPr>
          <w:rStyle w:val="Enfasigrassetto"/>
          <w:b w:val="0"/>
          <w:bCs w:val="0"/>
          <w:sz w:val="32"/>
          <w:szCs w:val="32"/>
          <w:lang w:val="it-IT"/>
        </w:rPr>
      </w:pPr>
      <w:r>
        <w:rPr>
          <w:rStyle w:val="Enfasigrassetto"/>
          <w:b w:val="0"/>
          <w:bCs w:val="0"/>
          <w:sz w:val="32"/>
          <w:szCs w:val="32"/>
          <w:lang w:val="it-IT"/>
        </w:rPr>
        <w:br w:type="page"/>
      </w:r>
    </w:p>
    <w:p w14:paraId="7515E268" w14:textId="70117A9F" w:rsidR="00CA62E6" w:rsidRPr="00E61B8E" w:rsidRDefault="00CA62E6" w:rsidP="00CA62E6">
      <w:pPr>
        <w:jc w:val="center"/>
        <w:rPr>
          <w:sz w:val="32"/>
          <w:szCs w:val="32"/>
          <w:lang w:val="it-IT"/>
        </w:rPr>
      </w:pPr>
      <w:r w:rsidRPr="00E61B8E">
        <w:rPr>
          <w:rStyle w:val="Enfasigrassetto"/>
          <w:b w:val="0"/>
          <w:bCs w:val="0"/>
          <w:sz w:val="32"/>
          <w:szCs w:val="32"/>
          <w:lang w:val="it-IT"/>
        </w:rPr>
        <w:lastRenderedPageBreak/>
        <w:t xml:space="preserve">Lungomare </w:t>
      </w:r>
      <w:proofErr w:type="spellStart"/>
      <w:r w:rsidRPr="00E61B8E">
        <w:rPr>
          <w:rStyle w:val="Enfasigrassetto"/>
          <w:b w:val="0"/>
          <w:bCs w:val="0"/>
          <w:sz w:val="32"/>
          <w:szCs w:val="32"/>
          <w:lang w:val="it-IT"/>
        </w:rPr>
        <w:t>Palmasera</w:t>
      </w:r>
      <w:proofErr w:type="spellEnd"/>
      <w:r w:rsidRPr="00E61B8E">
        <w:rPr>
          <w:rStyle w:val="Enfasigrassetto"/>
          <w:b w:val="0"/>
          <w:bCs w:val="0"/>
          <w:sz w:val="32"/>
          <w:szCs w:val="32"/>
          <w:lang w:val="it-IT"/>
        </w:rPr>
        <w:t xml:space="preserve"> – Martedì 29 luglio</w:t>
      </w:r>
    </w:p>
    <w:p w14:paraId="0425C34E" w14:textId="29912357" w:rsidR="00635AB1" w:rsidRDefault="00635AB1" w:rsidP="00CA62E6">
      <w:pPr>
        <w:jc w:val="center"/>
        <w:rPr>
          <w:rStyle w:val="Enfasigrassetto"/>
          <w:b w:val="0"/>
          <w:bCs w:val="0"/>
          <w:sz w:val="32"/>
          <w:szCs w:val="32"/>
          <w:lang w:val="it-IT"/>
        </w:rPr>
      </w:pPr>
      <w:r w:rsidRPr="00CA62E6">
        <w:rPr>
          <w:rStyle w:val="Enfasigrassetto"/>
          <w:b w:val="0"/>
          <w:bCs w:val="0"/>
          <w:sz w:val="32"/>
          <w:szCs w:val="32"/>
          <w:lang w:val="it-IT"/>
        </w:rPr>
        <w:t>Super Latin Orchestra</w:t>
      </w:r>
    </w:p>
    <w:p w14:paraId="4005774E" w14:textId="0B256E85" w:rsidR="00871FF0" w:rsidRPr="00CA62E6" w:rsidRDefault="006E5AEC" w:rsidP="00CA62E6">
      <w:pPr>
        <w:jc w:val="center"/>
        <w:rPr>
          <w:sz w:val="32"/>
          <w:szCs w:val="32"/>
          <w:lang w:val="it-IT"/>
        </w:rPr>
      </w:pPr>
      <w:r>
        <w:rPr>
          <w:noProof/>
          <w:sz w:val="32"/>
          <w:szCs w:val="32"/>
          <w:lang w:val="it-IT"/>
        </w:rPr>
        <w:drawing>
          <wp:inline distT="0" distB="0" distL="0" distR="0" wp14:anchorId="360D9266" wp14:editId="35E23BF7">
            <wp:extent cx="5486400" cy="2976245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97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AB2A0" w14:textId="77777777" w:rsidR="00CA62E6" w:rsidRDefault="00635AB1" w:rsidP="00CA62E6">
      <w:pPr>
        <w:jc w:val="center"/>
        <w:rPr>
          <w:lang w:val="it-IT"/>
        </w:rPr>
      </w:pPr>
      <w:r w:rsidRPr="005F787F">
        <w:rPr>
          <w:lang w:val="it-IT"/>
        </w:rPr>
        <w:t xml:space="preserve">Anna </w:t>
      </w:r>
      <w:proofErr w:type="spellStart"/>
      <w:r w:rsidRPr="005F787F">
        <w:rPr>
          <w:lang w:val="it-IT"/>
        </w:rPr>
        <w:t>Flame</w:t>
      </w:r>
      <w:proofErr w:type="spellEnd"/>
      <w:r w:rsidR="00CA62E6">
        <w:rPr>
          <w:lang w:val="it-IT"/>
        </w:rPr>
        <w:t xml:space="preserve">, </w:t>
      </w:r>
      <w:r w:rsidRPr="005F787F">
        <w:rPr>
          <w:lang w:val="it-IT"/>
        </w:rPr>
        <w:t>voce solista</w:t>
      </w:r>
      <w:r w:rsidR="00CA62E6">
        <w:rPr>
          <w:lang w:val="it-IT"/>
        </w:rPr>
        <w:t xml:space="preserve">; </w:t>
      </w:r>
      <w:r w:rsidRPr="005F787F">
        <w:rPr>
          <w:lang w:val="it-IT"/>
        </w:rPr>
        <w:t>Paolo Nonnis</w:t>
      </w:r>
      <w:r w:rsidR="00CA62E6">
        <w:rPr>
          <w:lang w:val="it-IT"/>
        </w:rPr>
        <w:t>,</w:t>
      </w:r>
      <w:r w:rsidRPr="005F787F">
        <w:rPr>
          <w:lang w:val="it-IT"/>
        </w:rPr>
        <w:t xml:space="preserve"> batteria e </w:t>
      </w:r>
      <w:proofErr w:type="spellStart"/>
      <w:r w:rsidRPr="005F787F">
        <w:rPr>
          <w:lang w:val="it-IT"/>
        </w:rPr>
        <w:t>timbales</w:t>
      </w:r>
      <w:proofErr w:type="spellEnd"/>
      <w:r w:rsidR="00CA62E6">
        <w:rPr>
          <w:lang w:val="it-IT"/>
        </w:rPr>
        <w:t xml:space="preserve">; </w:t>
      </w:r>
      <w:r w:rsidRPr="005F787F">
        <w:rPr>
          <w:lang w:val="it-IT"/>
        </w:rPr>
        <w:t>Sara Sarritzu</w:t>
      </w:r>
      <w:r w:rsidR="00CA62E6">
        <w:rPr>
          <w:lang w:val="it-IT"/>
        </w:rPr>
        <w:t>,</w:t>
      </w:r>
      <w:r w:rsidRPr="005F787F">
        <w:rPr>
          <w:lang w:val="it-IT"/>
        </w:rPr>
        <w:t xml:space="preserve"> batteria e </w:t>
      </w:r>
      <w:proofErr w:type="spellStart"/>
      <w:r w:rsidRPr="005F787F">
        <w:rPr>
          <w:lang w:val="it-IT"/>
        </w:rPr>
        <w:t>timbales</w:t>
      </w:r>
      <w:proofErr w:type="spellEnd"/>
      <w:r w:rsidRPr="005F787F">
        <w:rPr>
          <w:lang w:val="it-IT"/>
        </w:rPr>
        <w:t>, art director</w:t>
      </w:r>
      <w:r w:rsidR="00CA62E6">
        <w:rPr>
          <w:lang w:val="it-IT"/>
        </w:rPr>
        <w:t xml:space="preserve">; </w:t>
      </w:r>
      <w:r w:rsidRPr="005F787F">
        <w:rPr>
          <w:lang w:val="it-IT"/>
        </w:rPr>
        <w:t>Stefano Di Carlo</w:t>
      </w:r>
      <w:r w:rsidR="00CA62E6">
        <w:rPr>
          <w:lang w:val="it-IT"/>
        </w:rPr>
        <w:t>,</w:t>
      </w:r>
      <w:r w:rsidRPr="005F787F">
        <w:rPr>
          <w:lang w:val="it-IT"/>
        </w:rPr>
        <w:t xml:space="preserve"> congas e percussioni</w:t>
      </w:r>
      <w:r w:rsidR="00CA62E6">
        <w:rPr>
          <w:lang w:val="it-IT"/>
        </w:rPr>
        <w:t xml:space="preserve">; </w:t>
      </w:r>
      <w:r w:rsidRPr="005F787F">
        <w:rPr>
          <w:lang w:val="it-IT"/>
        </w:rPr>
        <w:t>Gabriele Loddo</w:t>
      </w:r>
      <w:r w:rsidR="00CA62E6">
        <w:rPr>
          <w:lang w:val="it-IT"/>
        </w:rPr>
        <w:t xml:space="preserve">, </w:t>
      </w:r>
      <w:r w:rsidRPr="005F787F">
        <w:rPr>
          <w:lang w:val="it-IT"/>
        </w:rPr>
        <w:t>basso</w:t>
      </w:r>
      <w:r w:rsidR="00CA62E6">
        <w:rPr>
          <w:lang w:val="it-IT"/>
        </w:rPr>
        <w:t xml:space="preserve">; </w:t>
      </w:r>
      <w:r w:rsidRPr="005F787F">
        <w:rPr>
          <w:lang w:val="it-IT"/>
        </w:rPr>
        <w:t>Mario Dinaro</w:t>
      </w:r>
      <w:r w:rsidR="00CA62E6">
        <w:rPr>
          <w:lang w:val="it-IT"/>
        </w:rPr>
        <w:t>,</w:t>
      </w:r>
      <w:r w:rsidRPr="005F787F">
        <w:rPr>
          <w:lang w:val="it-IT"/>
        </w:rPr>
        <w:t xml:space="preserve"> tastiera</w:t>
      </w:r>
      <w:r w:rsidR="00CA62E6">
        <w:rPr>
          <w:lang w:val="it-IT"/>
        </w:rPr>
        <w:t xml:space="preserve">; </w:t>
      </w:r>
      <w:r w:rsidRPr="005F787F">
        <w:rPr>
          <w:lang w:val="it-IT"/>
        </w:rPr>
        <w:t>Dario Zara</w:t>
      </w:r>
      <w:r w:rsidR="00CA62E6">
        <w:rPr>
          <w:lang w:val="it-IT"/>
        </w:rPr>
        <w:t>,</w:t>
      </w:r>
      <w:r w:rsidRPr="005F787F">
        <w:rPr>
          <w:lang w:val="it-IT"/>
        </w:rPr>
        <w:t xml:space="preserve"> tromba</w:t>
      </w:r>
      <w:r w:rsidR="00CA62E6">
        <w:rPr>
          <w:lang w:val="it-IT"/>
        </w:rPr>
        <w:t xml:space="preserve">; </w:t>
      </w:r>
      <w:r w:rsidRPr="005F787F">
        <w:rPr>
          <w:lang w:val="it-IT"/>
        </w:rPr>
        <w:t>Maurizio Floris</w:t>
      </w:r>
      <w:r w:rsidR="00CA62E6">
        <w:rPr>
          <w:lang w:val="it-IT"/>
        </w:rPr>
        <w:t>,</w:t>
      </w:r>
      <w:r w:rsidRPr="005F787F">
        <w:rPr>
          <w:lang w:val="it-IT"/>
        </w:rPr>
        <w:t xml:space="preserve"> sax tenore</w:t>
      </w:r>
      <w:r w:rsidR="00CA62E6">
        <w:rPr>
          <w:lang w:val="it-IT"/>
        </w:rPr>
        <w:t xml:space="preserve">; </w:t>
      </w:r>
      <w:r w:rsidRPr="005F787F">
        <w:rPr>
          <w:lang w:val="it-IT"/>
        </w:rPr>
        <w:t>Matteo Floris</w:t>
      </w:r>
      <w:r w:rsidR="00CA62E6">
        <w:rPr>
          <w:lang w:val="it-IT"/>
        </w:rPr>
        <w:t>,</w:t>
      </w:r>
      <w:r w:rsidRPr="005F787F">
        <w:rPr>
          <w:lang w:val="it-IT"/>
        </w:rPr>
        <w:t xml:space="preserve"> trombone</w:t>
      </w:r>
    </w:p>
    <w:p w14:paraId="667A93AF" w14:textId="2CEAD06D" w:rsidR="00635AB1" w:rsidRPr="005F787F" w:rsidRDefault="00635AB1" w:rsidP="00CA62E6">
      <w:pPr>
        <w:rPr>
          <w:lang w:val="it-IT"/>
        </w:rPr>
      </w:pPr>
      <w:r w:rsidRPr="005F787F">
        <w:rPr>
          <w:lang w:val="it-IT"/>
        </w:rPr>
        <w:br/>
        <w:t xml:space="preserve">La Super Latin Orchestra è una formazione esplosiva che raccoglie alcuni dei migliori strumentisti del panorama latin-jazz italiano. Un repertorio scatenato che attraversa salsa, mambo, cha-cha-cha e latin jazz, trascinando il pubblico in un vortice di ballo e ritmo sfrenato. La potente sezione fiati, il </w:t>
      </w:r>
      <w:proofErr w:type="spellStart"/>
      <w:r w:rsidRPr="005F787F">
        <w:rPr>
          <w:lang w:val="it-IT"/>
        </w:rPr>
        <w:t>groove</w:t>
      </w:r>
      <w:proofErr w:type="spellEnd"/>
      <w:r w:rsidRPr="005F787F">
        <w:rPr>
          <w:lang w:val="it-IT"/>
        </w:rPr>
        <w:t xml:space="preserve"> inarrestabile di batteria, </w:t>
      </w:r>
      <w:proofErr w:type="spellStart"/>
      <w:r w:rsidRPr="005F787F">
        <w:rPr>
          <w:lang w:val="it-IT"/>
        </w:rPr>
        <w:t>timbales</w:t>
      </w:r>
      <w:proofErr w:type="spellEnd"/>
      <w:r w:rsidRPr="005F787F">
        <w:rPr>
          <w:lang w:val="it-IT"/>
        </w:rPr>
        <w:t xml:space="preserve"> e congas e la voce di Anna </w:t>
      </w:r>
      <w:proofErr w:type="spellStart"/>
      <w:r w:rsidRPr="005F787F">
        <w:rPr>
          <w:lang w:val="it-IT"/>
        </w:rPr>
        <w:t>Flame</w:t>
      </w:r>
      <w:proofErr w:type="spellEnd"/>
      <w:r w:rsidRPr="005F787F">
        <w:rPr>
          <w:lang w:val="it-IT"/>
        </w:rPr>
        <w:t xml:space="preserve"> rendono ogni performance un’esperienza festosa e travolgente. Una vera e propria orchestra da ballo per concludere la serata in bellezza.</w:t>
      </w:r>
    </w:p>
    <w:p w14:paraId="07809371" w14:textId="77777777" w:rsidR="00635AB1" w:rsidRDefault="002C4585" w:rsidP="00CA62E6">
      <w:r>
        <w:pict w14:anchorId="1B78C469">
          <v:rect id="_x0000_i1035" style="width:0;height:1.5pt" o:hrstd="t" o:hr="t" fillcolor="#a0a0a0" stroked="f"/>
        </w:pict>
      </w:r>
    </w:p>
    <w:p w14:paraId="24615C99" w14:textId="1AE5B411" w:rsidR="00E02274" w:rsidRPr="00635AB1" w:rsidRDefault="00E02274" w:rsidP="00635AB1">
      <w:pPr>
        <w:rPr>
          <w:lang w:val="it-IT"/>
        </w:rPr>
      </w:pPr>
    </w:p>
    <w:sectPr w:rsidR="00E02274" w:rsidRPr="00635AB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6C603F9"/>
    <w:multiLevelType w:val="multilevel"/>
    <w:tmpl w:val="2F10D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F124A55"/>
    <w:multiLevelType w:val="multilevel"/>
    <w:tmpl w:val="D376C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BA11752"/>
    <w:multiLevelType w:val="multilevel"/>
    <w:tmpl w:val="C636B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D5304B"/>
    <w:multiLevelType w:val="multilevel"/>
    <w:tmpl w:val="BE72B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A754DB"/>
    <w:multiLevelType w:val="multilevel"/>
    <w:tmpl w:val="48DA2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C0A2DD6"/>
    <w:multiLevelType w:val="multilevel"/>
    <w:tmpl w:val="5972E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665DC7"/>
    <w:multiLevelType w:val="multilevel"/>
    <w:tmpl w:val="D2C0A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CD7E22"/>
    <w:multiLevelType w:val="multilevel"/>
    <w:tmpl w:val="5B727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5"/>
  </w:num>
  <w:num w:numId="11">
    <w:abstractNumId w:val="11"/>
  </w:num>
  <w:num w:numId="12">
    <w:abstractNumId w:val="13"/>
  </w:num>
  <w:num w:numId="13">
    <w:abstractNumId w:val="14"/>
  </w:num>
  <w:num w:numId="14">
    <w:abstractNumId w:val="16"/>
  </w:num>
  <w:num w:numId="15">
    <w:abstractNumId w:val="9"/>
  </w:num>
  <w:num w:numId="16">
    <w:abstractNumId w:val="12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2E73"/>
    <w:rsid w:val="0015074B"/>
    <w:rsid w:val="00194945"/>
    <w:rsid w:val="0029639D"/>
    <w:rsid w:val="002C4585"/>
    <w:rsid w:val="00326F90"/>
    <w:rsid w:val="004D3600"/>
    <w:rsid w:val="005F787F"/>
    <w:rsid w:val="00615B02"/>
    <w:rsid w:val="00635AB1"/>
    <w:rsid w:val="006A6360"/>
    <w:rsid w:val="006E5AEC"/>
    <w:rsid w:val="00871FF0"/>
    <w:rsid w:val="008D74D3"/>
    <w:rsid w:val="00A9358E"/>
    <w:rsid w:val="00AA1D8D"/>
    <w:rsid w:val="00AF3E7B"/>
    <w:rsid w:val="00B023CD"/>
    <w:rsid w:val="00B43B2E"/>
    <w:rsid w:val="00B47730"/>
    <w:rsid w:val="00CA62E6"/>
    <w:rsid w:val="00CB0664"/>
    <w:rsid w:val="00E02274"/>
    <w:rsid w:val="00E61B8E"/>
    <w:rsid w:val="00EA395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2CCB28"/>
  <w14:defaultImageDpi w14:val="300"/>
  <w15:docId w15:val="{B69F8BB7-AB56-48FA-AFC3-B01B7A1FE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eWeb">
    <w:name w:val="Normal (Web)"/>
    <w:basedOn w:val="Normale"/>
    <w:uiPriority w:val="99"/>
    <w:semiHidden/>
    <w:unhideWhenUsed/>
    <w:rsid w:val="00635A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83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5" Type="http://schemas.openxmlformats.org/officeDocument/2006/relationships/image" Target="media/image10.jpg"/><Relationship Id="rId10" Type="http://schemas.openxmlformats.org/officeDocument/2006/relationships/image" Target="media/image5.jp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1348</Words>
  <Characters>7689</Characters>
  <Application>Microsoft Office Word</Application>
  <DocSecurity>0</DocSecurity>
  <Lines>64</Lines>
  <Paragraphs>18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9019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Martina</cp:lastModifiedBy>
  <cp:revision>23</cp:revision>
  <dcterms:created xsi:type="dcterms:W3CDTF">2025-06-16T20:13:00Z</dcterms:created>
  <dcterms:modified xsi:type="dcterms:W3CDTF">2025-06-18T10:03:00Z</dcterms:modified>
  <cp:category/>
</cp:coreProperties>
</file>